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1864AB"/>
          <w:sz w:val="48"/>
          <w:rtl/>
          <w:szCs w:val="48"/>
          <w:bCs/>
        </w:rPr>
        <w:t>❄️ מסע פנימה</w:t>
      </w:r>
    </w:p>
    <w:p>
      <w:pPr>
        <w:bidi/>
        <w:jc w:val="center"/>
      </w:pPr>
      <w:r>
        <w:rPr>
          <w:rFonts w:ascii="Arial" w:hAnsi="Arial" w:cs="Arial"/>
          <w:color w:val="555577"/>
          <w:sz w:val="28"/>
          <w:rtl/>
          <w:szCs w:val="28"/>
        </w:rPr>
        <w:t>14 קטעים קצרים ומקוריים על חורף, פנימיות ומסע אל עצמי</w:t>
      </w:r>
    </w:p>
    <w:p>
      <w:pPr>
        <w:bidi/>
        <w:jc w:val="right"/>
      </w:pPr>
      <w:r>
        <w:rPr>
          <w:rFonts w:ascii="Arial" w:hAnsi="Arial" w:cs="Arial"/>
          <w:sz w:val="24"/>
          <w:rtl/>
          <w:szCs w:val="24"/>
        </w:rPr>
        <w:t>יצרה: רוית ראש בן ישי</w:t>
      </w:r>
    </w:p>
    <w:p>
      <w:pPr>
        <w:bidi/>
        <w:pStyle w:val="Heading1"/>
        <w:jc w:val="right"/>
      </w:pPr>
      <w:r>
        <w:rPr>
          <w:rFonts w:ascii="Arial" w:hAnsi="Arial" w:cs="Arial"/>
          <w:b/>
          <w:color w:val="1864AB"/>
          <w:sz w:val="40"/>
          <w:rtl/>
          <w:szCs w:val="40"/>
          <w:bCs/>
        </w:rPr>
        <w:t>📚 תוכן העניינים</w:t>
      </w:r>
    </w:p>
    <w:p>
      <w:pPr>
        <w:bidi/>
        <w:jc w:val="right"/>
      </w:pPr>
      <w:r>
        <w:rPr>
          <w:rFonts w:ascii="Arial" w:hAnsi="Arial" w:cs="Arial"/>
          <w:sz w:val="24"/>
          <w:rtl/>
          <w:szCs w:val="24"/>
        </w:rPr>
        <w:t>1. 🐢 החורף לא ממהר (מאמר הגות)</w:t>
      </w:r>
    </w:p>
    <w:p>
      <w:pPr>
        <w:bidi/>
        <w:jc w:val="right"/>
      </w:pPr>
      <w:r>
        <w:rPr>
          <w:rFonts w:ascii="Arial" w:hAnsi="Arial" w:cs="Arial"/>
          <w:sz w:val="24"/>
          <w:rtl/>
          <w:szCs w:val="24"/>
        </w:rPr>
        <w:t>2. 🌳 עץ בחורף (שיר)</w:t>
      </w:r>
    </w:p>
    <w:p>
      <w:pPr>
        <w:bidi/>
        <w:jc w:val="right"/>
      </w:pPr>
      <w:r>
        <w:rPr>
          <w:rFonts w:ascii="Arial" w:hAnsi="Arial" w:cs="Arial"/>
          <w:sz w:val="24"/>
          <w:rtl/>
          <w:szCs w:val="24"/>
        </w:rPr>
        <w:t>3. 🌷 מתחת לאדמה (מאמר הגות)</w:t>
      </w:r>
    </w:p>
    <w:p>
      <w:pPr>
        <w:bidi/>
        <w:jc w:val="right"/>
      </w:pPr>
      <w:r>
        <w:rPr>
          <w:rFonts w:ascii="Arial" w:hAnsi="Arial" w:cs="Arial"/>
          <w:sz w:val="24"/>
          <w:rtl/>
          <w:szCs w:val="24"/>
        </w:rPr>
        <w:t>4. 🌧️ כשהאינטרנט נפל (סיפור קצר)</w:t>
      </w:r>
    </w:p>
    <w:p>
      <w:pPr>
        <w:bidi/>
        <w:jc w:val="right"/>
      </w:pPr>
      <w:r>
        <w:rPr>
          <w:rFonts w:ascii="Arial" w:hAnsi="Arial" w:cs="Arial"/>
          <w:sz w:val="24"/>
          <w:rtl/>
          <w:szCs w:val="24"/>
        </w:rPr>
        <w:t>5. ✉️ מכתב לעצמי (מכתב)</w:t>
      </w:r>
    </w:p>
    <w:p>
      <w:pPr>
        <w:bidi/>
        <w:jc w:val="right"/>
      </w:pPr>
      <w:r>
        <w:rPr>
          <w:rFonts w:ascii="Arial" w:hAnsi="Arial" w:cs="Arial"/>
          <w:sz w:val="24"/>
          <w:rtl/>
          <w:szCs w:val="24"/>
        </w:rPr>
        <w:t>6. 🔦 פנס קטן (שיר)</w:t>
      </w:r>
    </w:p>
    <w:p>
      <w:pPr>
        <w:bidi/>
        <w:jc w:val="right"/>
      </w:pPr>
      <w:r>
        <w:rPr>
          <w:rFonts w:ascii="Arial" w:hAnsi="Arial" w:cs="Arial"/>
          <w:sz w:val="24"/>
          <w:rtl/>
          <w:szCs w:val="24"/>
        </w:rPr>
        <w:t>7. 🧭 מסע בלי מזוודה (מאמר הגות)</w:t>
      </w:r>
    </w:p>
    <w:p>
      <w:pPr>
        <w:bidi/>
        <w:jc w:val="right"/>
      </w:pPr>
      <w:r>
        <w:rPr>
          <w:rFonts w:ascii="Arial" w:hAnsi="Arial" w:cs="Arial"/>
          <w:sz w:val="24"/>
          <w:rtl/>
          <w:szCs w:val="24"/>
        </w:rPr>
        <w:t>8. 🗣️ שני קולות (מאמר הגות)</w:t>
      </w:r>
    </w:p>
    <w:p>
      <w:pPr>
        <w:bidi/>
        <w:jc w:val="right"/>
      </w:pPr>
      <w:r>
        <w:rPr>
          <w:rFonts w:ascii="Arial" w:hAnsi="Arial" w:cs="Arial"/>
          <w:sz w:val="24"/>
          <w:rtl/>
          <w:szCs w:val="24"/>
        </w:rPr>
        <w:t>9. 📔 יומן של יום גשום (יומן)</w:t>
      </w:r>
    </w:p>
    <w:p>
      <w:pPr>
        <w:bidi/>
        <w:jc w:val="right"/>
      </w:pPr>
      <w:r>
        <w:rPr>
          <w:rFonts w:ascii="Arial" w:hAnsi="Arial" w:cs="Arial"/>
          <w:sz w:val="24"/>
          <w:rtl/>
          <w:szCs w:val="24"/>
        </w:rPr>
        <w:t>10. 🐻 הדובון שלא רצה לישון (משל)</w:t>
      </w:r>
    </w:p>
    <w:p>
      <w:pPr>
        <w:bidi/>
        <w:jc w:val="right"/>
      </w:pPr>
      <w:r>
        <w:rPr>
          <w:rFonts w:ascii="Arial" w:hAnsi="Arial" w:cs="Arial"/>
          <w:sz w:val="24"/>
          <w:rtl/>
          <w:szCs w:val="24"/>
        </w:rPr>
        <w:t>11. 🤫 שקט (שיר)</w:t>
      </w:r>
    </w:p>
    <w:p>
      <w:pPr>
        <w:bidi/>
        <w:jc w:val="right"/>
      </w:pPr>
      <w:r>
        <w:rPr>
          <w:rFonts w:ascii="Arial" w:hAnsi="Arial" w:cs="Arial"/>
          <w:sz w:val="24"/>
          <w:rtl/>
          <w:szCs w:val="24"/>
        </w:rPr>
        <w:t>12. 💧 שלולית (סיפור קצר)</w:t>
      </w:r>
    </w:p>
    <w:p>
      <w:pPr>
        <w:bidi/>
        <w:jc w:val="right"/>
      </w:pPr>
      <w:r>
        <w:rPr>
          <w:rFonts w:ascii="Arial" w:hAnsi="Arial" w:cs="Arial"/>
          <w:sz w:val="24"/>
          <w:rtl/>
          <w:szCs w:val="24"/>
        </w:rPr>
        <w:t>13. 🔥 גחלת (מאמר הגות)</w:t>
      </w:r>
    </w:p>
    <w:p>
      <w:pPr>
        <w:bidi/>
        <w:jc w:val="right"/>
      </w:pPr>
      <w:r>
        <w:rPr>
          <w:rFonts w:ascii="Arial" w:hAnsi="Arial" w:cs="Arial"/>
          <w:sz w:val="24"/>
          <w:rtl/>
          <w:szCs w:val="24"/>
        </w:rPr>
        <w:t>14. 🌱 אחרי הסערה (סיפור קצר)</w:t>
      </w:r>
    </w:p>
    <w:p>
      <w:pPr>
        <w:bidi/>
        <w:jc w:val="right"/>
      </w:pPr>
      <w:r>
        <w:rPr>
          <w:rFonts w:ascii="Arial" w:hAnsi="Arial" w:cs="Arial"/>
          <w:b/>
          <w:color w:val="0B7285"/>
          <w:sz w:val="26"/>
          <w:rtl/>
          <w:szCs w:val="26"/>
          <w:bCs/>
        </w:rPr>
        <w:t>▌ 💛 לפני שמתחילים</w:t>
      </w:r>
    </w:p>
    <w:p>
      <w:pPr>
        <w:bidi/>
        <w:jc w:val="right"/>
      </w:pPr>
      <w:r>
        <w:rPr>
          <w:rFonts w:ascii="Arial" w:hAnsi="Arial" w:cs="Arial"/>
          <w:sz w:val="24"/>
          <w:rtl/>
          <w:szCs w:val="24"/>
        </w:rPr>
        <w:t>💛 הערה עדינה: הקטעים עוסקים בעולם הפנימי. אין תשובות נכונות או לא נכונות על רגשות, ושיתוף הוא תמיד מרצון – מותר לבחור "לעבור". אם משהו מעורר תחושה כבדה, אפשר ורצוי לפנות למבוגר או למבוגרת שסומכים עליהם – המחנך או המחנכת, היועצת או היועץ, או מישהו קרוב בבית.</w:t>
      </w:r>
    </w:p>
    <w:p>
      <w:r>
        <w:br w:type="page"/>
      </w:r>
    </w:p>
    <w:p>
      <w:pPr>
        <w:bidi/>
        <w:pStyle w:val="Heading1"/>
        <w:jc w:val="right"/>
      </w:pPr>
      <w:r>
        <w:rPr>
          <w:rFonts w:ascii="Arial" w:hAnsi="Arial" w:cs="Arial"/>
          <w:b/>
          <w:color w:val="1864AB"/>
          <w:sz w:val="40"/>
          <w:rtl/>
          <w:szCs w:val="40"/>
          <w:bCs/>
        </w:rPr>
        <w:t>🐢 החורף לא ממהר</w:t>
      </w:r>
    </w:p>
    <w:p>
      <w:pPr>
        <w:bidi/>
        <w:jc w:val="right"/>
      </w:pPr>
      <w:r>
        <w:rPr>
          <w:rFonts w:ascii="Arial" w:hAnsi="Arial" w:cs="Arial"/>
          <w:color w:val="555577"/>
          <w:sz w:val="24"/>
          <w:rtl/>
          <w:szCs w:val="24"/>
        </w:rPr>
        <w:t>סוגה: מאמר הגות · נושא: האטה</w:t>
      </w:r>
    </w:p>
    <w:p>
      <w:pPr>
        <w:bidi/>
        <w:pStyle w:val="Heading3"/>
        <w:jc w:val="right"/>
      </w:pPr>
      <w:r>
        <w:rPr>
          <w:rFonts w:ascii="Arial" w:hAnsi="Arial" w:cs="Arial"/>
          <w:b/>
          <w:color w:val="333366"/>
          <w:sz w:val="26"/>
          <w:rtl/>
          <w:szCs w:val="26"/>
          <w:bCs/>
        </w:rPr>
        <w:t>📖 החורף לא ממהר</w:t>
      </w:r>
    </w:p>
    <w:p>
      <w:pPr>
        <w:bidi/>
        <w:jc w:val="right"/>
      </w:pPr>
      <w:r>
        <w:rPr>
          <w:rFonts w:ascii="Arial" w:hAnsi="Arial" w:cs="Arial"/>
          <w:sz w:val="24"/>
          <w:rtl/>
          <w:szCs w:val="24"/>
        </w:rPr>
        <w:t>בקיץ הכול רץ. הימים ארוכים, השמש מאירה עד שעות הערב, ונדמה שתמיד יש עוד משהו לעשות: עוד מפגש, עוד משחק, עוד יציאה. ואז, כמעט בלי שנשים לב, מגיע החורף. הערב יורד מוקדם, הרחובות מתרוקנים, והגשם מתופף על החלונות כאילו הוא מבקש מאיתנו לעצור לרגע.</w:t>
      </w:r>
    </w:p>
    <w:p>
      <w:pPr>
        <w:bidi/>
        <w:jc w:val="right"/>
      </w:pPr>
      <w:r>
        <w:rPr>
          <w:rFonts w:ascii="Arial" w:hAnsi="Arial" w:cs="Arial"/>
          <w:sz w:val="24"/>
          <w:rtl/>
          <w:szCs w:val="24"/>
        </w:rPr>
        <w:t>רבים מאיתנו רואים בחורף עונה של "חוסר": חוסר אור, חוסר חום, חוסר תנועה. אבל אולי החורף אינו חסר דבר. אולי הוא פשוט מלמד שיעור אחר – שיעור בהאטה. כשאי אפשר לצאת החוצה, אפשר לפנות פנימה. כשהעולם שקט יותר, אפשר סוף סוף לשמוע את המחשבות של עצמנו.</w:t>
      </w:r>
    </w:p>
    <w:p>
      <w:pPr>
        <w:bidi/>
        <w:jc w:val="right"/>
      </w:pPr>
      <w:r>
        <w:rPr>
          <w:rFonts w:ascii="Arial" w:hAnsi="Arial" w:cs="Arial"/>
          <w:sz w:val="24"/>
          <w:rtl/>
          <w:szCs w:val="24"/>
        </w:rPr>
        <w:t>האטה אינה עצלות. גם האדמה בחורף נראית רדומה, אבל מתחת לפני השטח היא אוספת מים, כוח ומזון לקראת האביב. כך גם אנחנו: רגע של שקט, ספל תה חם ליד החלון או כמה דקות עם מחברת – כל אלה אינם בזבוז זמן. הם זמן שבו אנחנו נאספים.</w:t>
      </w:r>
    </w:p>
    <w:p>
      <w:pPr>
        <w:bidi/>
        <w:jc w:val="right"/>
      </w:pPr>
      <w:r>
        <w:rPr>
          <w:rFonts w:ascii="Arial" w:hAnsi="Arial" w:cs="Arial"/>
          <w:sz w:val="24"/>
          <w:rtl/>
          <w:szCs w:val="24"/>
        </w:rPr>
        <w:t>בפעם הבאה שהגשם יתחיל לרדת, נסו לא למהר. הקשיבו לו. אולי גם בתוככם מתחיל משהו לצמוח בשקט.</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האטה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לעשות דברים לאט יותר</w:t>
            </w:r>
          </w:p>
        </w:tc>
      </w:tr>
      <w:tr>
        <w:tc>
          <w:tcPr>
            <w:tcW w:type="dxa" w:w="3475"/>
          </w:tcPr>
          <w:p>
            <w:pPr>
              <w:bidi/>
              <w:jc w:val="right"/>
            </w:pPr>
            <w:r>
              <w:rPr>
                <w:rFonts w:ascii="Arial" w:hAnsi="Arial" w:cs="Arial"/>
                <w:sz w:val="22"/>
                <w:rtl/>
                <w:szCs w:val="22"/>
              </w:rPr>
              <w:t>מתופף</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מכה מכות קצובות, כמו על תוף</w:t>
            </w:r>
          </w:p>
        </w:tc>
      </w:tr>
      <w:tr>
        <w:tc>
          <w:tcPr>
            <w:tcW w:type="dxa" w:w="3475"/>
          </w:tcPr>
          <w:p>
            <w:pPr>
              <w:bidi/>
              <w:jc w:val="right"/>
            </w:pPr>
            <w:r>
              <w:rPr>
                <w:rFonts w:ascii="Arial" w:hAnsi="Arial" w:cs="Arial"/>
                <w:sz w:val="22"/>
                <w:rtl/>
                <w:szCs w:val="22"/>
              </w:rPr>
              <w:t>רדומה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ישנה, לא פעילה</w:t>
            </w:r>
          </w:p>
        </w:tc>
      </w:tr>
      <w:tr>
        <w:tc>
          <w:tcPr>
            <w:tcW w:type="dxa" w:w="3475"/>
          </w:tcPr>
          <w:p>
            <w:pPr>
              <w:bidi/>
              <w:jc w:val="right"/>
            </w:pPr>
            <w:r>
              <w:rPr>
                <w:rFonts w:ascii="Arial" w:hAnsi="Arial" w:cs="Arial"/>
                <w:sz w:val="22"/>
                <w:rtl/>
                <w:szCs w:val="22"/>
              </w:rPr>
              <w:t>פני השטח</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החלק העליון שרואים מבחוץ</w:t>
            </w:r>
          </w:p>
        </w:tc>
      </w:tr>
      <w:tr>
        <w:tc>
          <w:tcPr>
            <w:tcW w:type="dxa" w:w="3475"/>
          </w:tcPr>
          <w:p>
            <w:pPr>
              <w:bidi/>
              <w:jc w:val="right"/>
            </w:pPr>
            <w:r>
              <w:rPr>
                <w:rFonts w:ascii="Arial" w:hAnsi="Arial" w:cs="Arial"/>
                <w:sz w:val="22"/>
                <w:rtl/>
                <w:szCs w:val="22"/>
              </w:rPr>
              <w:t>עצלות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חוסר רצון לעשות משהו</w:t>
            </w:r>
          </w:p>
        </w:tc>
      </w:tr>
      <w:tr>
        <w:tc>
          <w:tcPr>
            <w:tcW w:type="dxa" w:w="3475"/>
          </w:tcPr>
          <w:p>
            <w:pPr>
              <w:bidi/>
              <w:jc w:val="right"/>
            </w:pPr>
            <w:r>
              <w:rPr>
                <w:rFonts w:ascii="Arial" w:hAnsi="Arial" w:cs="Arial"/>
                <w:sz w:val="22"/>
                <w:rtl/>
                <w:szCs w:val="22"/>
              </w:rPr>
              <w:t>נאספים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כאן: חוזרים להיות רגועים ושלמים</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כתבו על רגע שבו האטתם – בחורף, בגשם או בכל זמן אחר – וגיליתם משהו חדש על עצמכם.</w:t>
      </w:r>
    </w:p>
    <w:p>
      <w:r>
        <w:br w:type="page"/>
      </w:r>
    </w:p>
    <w:p>
      <w:pPr>
        <w:bidi/>
        <w:pStyle w:val="Heading1"/>
        <w:jc w:val="right"/>
      </w:pPr>
      <w:r>
        <w:rPr>
          <w:rFonts w:ascii="Arial" w:hAnsi="Arial" w:cs="Arial"/>
          <w:b/>
          <w:color w:val="1864AB"/>
          <w:sz w:val="40"/>
          <w:rtl/>
          <w:szCs w:val="40"/>
          <w:bCs/>
        </w:rPr>
        <w:t>🌳 עץ בחורף</w:t>
      </w:r>
    </w:p>
    <w:p>
      <w:pPr>
        <w:bidi/>
        <w:jc w:val="right"/>
      </w:pPr>
      <w:r>
        <w:rPr>
          <w:rFonts w:ascii="Arial" w:hAnsi="Arial" w:cs="Arial"/>
          <w:color w:val="555577"/>
          <w:sz w:val="24"/>
          <w:rtl/>
          <w:szCs w:val="24"/>
        </w:rPr>
        <w:t>סוגה: שיר · נושא: צמיחה סמויה</w:t>
      </w:r>
    </w:p>
    <w:p>
      <w:pPr>
        <w:bidi/>
        <w:pStyle w:val="Heading3"/>
        <w:jc w:val="right"/>
      </w:pPr>
      <w:r>
        <w:rPr>
          <w:rFonts w:ascii="Arial" w:hAnsi="Arial" w:cs="Arial"/>
          <w:b/>
          <w:color w:val="333366"/>
          <w:sz w:val="26"/>
          <w:rtl/>
          <w:szCs w:val="26"/>
          <w:bCs/>
        </w:rPr>
        <w:t>📖 עץ בחורף</w:t>
      </w:r>
    </w:p>
    <w:p>
      <w:pPr>
        <w:bidi/>
        <w:jc w:val="right"/>
      </w:pPr>
      <w:r>
        <w:rPr>
          <w:rFonts w:ascii="Arial" w:hAnsi="Arial" w:cs="Arial"/>
          <w:sz w:val="24"/>
          <w:rtl/>
          <w:szCs w:val="24"/>
        </w:rPr>
        <w:t>העץ שבחצר</w:t>
      </w:r>
    </w:p>
    <w:p>
      <w:pPr>
        <w:bidi/>
        <w:jc w:val="right"/>
      </w:pPr>
      <w:r>
        <w:rPr>
          <w:rFonts w:ascii="Arial" w:hAnsi="Arial" w:cs="Arial"/>
          <w:sz w:val="24"/>
          <w:rtl/>
          <w:szCs w:val="24"/>
        </w:rPr>
        <w:t>הוריד את כל עליו.</w:t>
      </w:r>
    </w:p>
    <w:p>
      <w:pPr>
        <w:bidi/>
        <w:jc w:val="right"/>
      </w:pPr>
      <w:r>
        <w:rPr>
          <w:rFonts w:ascii="Arial" w:hAnsi="Arial" w:cs="Arial"/>
          <w:sz w:val="24"/>
          <w:rtl/>
          <w:szCs w:val="24"/>
        </w:rPr>
        <w:t>עומד בגשם חשוף</w:t>
      </w:r>
    </w:p>
    <w:p>
      <w:pPr>
        <w:bidi/>
        <w:jc w:val="right"/>
      </w:pPr>
      <w:r>
        <w:rPr>
          <w:rFonts w:ascii="Arial" w:hAnsi="Arial" w:cs="Arial"/>
          <w:sz w:val="24"/>
          <w:rtl/>
          <w:szCs w:val="24"/>
        </w:rPr>
        <w:t>ולא מתבייש.</w:t>
      </w:r>
    </w:p>
    <w:p>
      <w:pPr>
        <w:bidi/>
        <w:jc w:val="right"/>
      </w:pPr>
    </w:p>
    <w:p>
      <w:pPr>
        <w:bidi/>
        <w:jc w:val="right"/>
      </w:pPr>
      <w:r>
        <w:rPr>
          <w:rFonts w:ascii="Arial" w:hAnsi="Arial" w:cs="Arial"/>
          <w:sz w:val="24"/>
          <w:rtl/>
          <w:szCs w:val="24"/>
        </w:rPr>
        <w:t>עוברים ושבים אומרים:</w:t>
      </w:r>
    </w:p>
    <w:p>
      <w:pPr>
        <w:bidi/>
        <w:jc w:val="right"/>
      </w:pPr>
      <w:r>
        <w:rPr>
          <w:rFonts w:ascii="Arial" w:hAnsi="Arial" w:cs="Arial"/>
          <w:sz w:val="24"/>
          <w:rtl/>
          <w:szCs w:val="24"/>
        </w:rPr>
        <w:t>"מסכן, נגמר לו."</w:t>
      </w:r>
    </w:p>
    <w:p>
      <w:pPr>
        <w:bidi/>
        <w:jc w:val="right"/>
      </w:pPr>
      <w:r>
        <w:rPr>
          <w:rFonts w:ascii="Arial" w:hAnsi="Arial" w:cs="Arial"/>
          <w:sz w:val="24"/>
          <w:rtl/>
          <w:szCs w:val="24"/>
        </w:rPr>
        <w:t>העץ שותק,</w:t>
      </w:r>
    </w:p>
    <w:p>
      <w:pPr>
        <w:bidi/>
        <w:jc w:val="right"/>
      </w:pPr>
      <w:r>
        <w:rPr>
          <w:rFonts w:ascii="Arial" w:hAnsi="Arial" w:cs="Arial"/>
          <w:sz w:val="24"/>
          <w:rtl/>
          <w:szCs w:val="24"/>
        </w:rPr>
        <w:t>ושורשיו לוחשים:</w:t>
      </w:r>
    </w:p>
    <w:p>
      <w:pPr>
        <w:bidi/>
        <w:jc w:val="right"/>
      </w:pPr>
    </w:p>
    <w:p>
      <w:pPr>
        <w:bidi/>
        <w:jc w:val="right"/>
      </w:pPr>
      <w:r>
        <w:rPr>
          <w:rFonts w:ascii="Arial" w:hAnsi="Arial" w:cs="Arial"/>
          <w:sz w:val="24"/>
          <w:rtl/>
          <w:szCs w:val="24"/>
        </w:rPr>
        <w:t>"אני לא נעלם,</w:t>
      </w:r>
    </w:p>
    <w:p>
      <w:pPr>
        <w:bidi/>
        <w:jc w:val="right"/>
      </w:pPr>
      <w:r>
        <w:rPr>
          <w:rFonts w:ascii="Arial" w:hAnsi="Arial" w:cs="Arial"/>
          <w:sz w:val="24"/>
          <w:rtl/>
          <w:szCs w:val="24"/>
        </w:rPr>
        <w:t>אני רק נכנס פנימה.</w:t>
      </w:r>
    </w:p>
    <w:p>
      <w:pPr>
        <w:bidi/>
        <w:jc w:val="right"/>
      </w:pPr>
      <w:r>
        <w:rPr>
          <w:rFonts w:ascii="Arial" w:hAnsi="Arial" w:cs="Arial"/>
          <w:sz w:val="24"/>
          <w:rtl/>
          <w:szCs w:val="24"/>
        </w:rPr>
        <w:t>את הירוק שלי אני שומר</w:t>
      </w:r>
    </w:p>
    <w:p>
      <w:pPr>
        <w:bidi/>
        <w:jc w:val="right"/>
      </w:pPr>
      <w:r>
        <w:rPr>
          <w:rFonts w:ascii="Arial" w:hAnsi="Arial" w:cs="Arial"/>
          <w:sz w:val="24"/>
          <w:rtl/>
          <w:szCs w:val="24"/>
        </w:rPr>
        <w:t>כמו סוד בתוך אגרוף קפוץ."</w:t>
      </w:r>
    </w:p>
    <w:p>
      <w:pPr>
        <w:bidi/>
        <w:jc w:val="right"/>
      </w:pPr>
    </w:p>
    <w:p>
      <w:pPr>
        <w:bidi/>
        <w:jc w:val="right"/>
      </w:pPr>
      <w:r>
        <w:rPr>
          <w:rFonts w:ascii="Arial" w:hAnsi="Arial" w:cs="Arial"/>
          <w:sz w:val="24"/>
          <w:rtl/>
          <w:szCs w:val="24"/>
        </w:rPr>
        <w:t>הרוח מנערת את ענפיו,</w:t>
      </w:r>
    </w:p>
    <w:p>
      <w:pPr>
        <w:bidi/>
        <w:jc w:val="right"/>
      </w:pPr>
      <w:r>
        <w:rPr>
          <w:rFonts w:ascii="Arial" w:hAnsi="Arial" w:cs="Arial"/>
          <w:sz w:val="24"/>
          <w:rtl/>
          <w:szCs w:val="24"/>
        </w:rPr>
        <w:t>הגשם שוטף את גזעו,</w:t>
      </w:r>
    </w:p>
    <w:p>
      <w:pPr>
        <w:bidi/>
        <w:jc w:val="right"/>
      </w:pPr>
      <w:r>
        <w:rPr>
          <w:rFonts w:ascii="Arial" w:hAnsi="Arial" w:cs="Arial"/>
          <w:sz w:val="24"/>
          <w:rtl/>
          <w:szCs w:val="24"/>
        </w:rPr>
        <w:t>והוא עומד במקומו</w:t>
      </w:r>
    </w:p>
    <w:p>
      <w:pPr>
        <w:bidi/>
        <w:jc w:val="right"/>
      </w:pPr>
      <w:r>
        <w:rPr>
          <w:rFonts w:ascii="Arial" w:hAnsi="Arial" w:cs="Arial"/>
          <w:sz w:val="24"/>
          <w:rtl/>
          <w:szCs w:val="24"/>
        </w:rPr>
        <w:t>סבלני כמו סבא.</w:t>
      </w:r>
    </w:p>
    <w:p>
      <w:pPr>
        <w:bidi/>
        <w:jc w:val="right"/>
      </w:pPr>
    </w:p>
    <w:p>
      <w:pPr>
        <w:bidi/>
        <w:jc w:val="right"/>
      </w:pPr>
      <w:r>
        <w:rPr>
          <w:rFonts w:ascii="Arial" w:hAnsi="Arial" w:cs="Arial"/>
          <w:sz w:val="24"/>
          <w:rtl/>
          <w:szCs w:val="24"/>
        </w:rPr>
        <w:t>ציפור קטנה נחה</w:t>
      </w:r>
    </w:p>
    <w:p>
      <w:pPr>
        <w:bidi/>
        <w:jc w:val="right"/>
      </w:pPr>
      <w:r>
        <w:rPr>
          <w:rFonts w:ascii="Arial" w:hAnsi="Arial" w:cs="Arial"/>
          <w:sz w:val="24"/>
          <w:rtl/>
          <w:szCs w:val="24"/>
        </w:rPr>
        <w:t>על ענף חשוף</w:t>
      </w:r>
    </w:p>
    <w:p>
      <w:pPr>
        <w:bidi/>
        <w:jc w:val="right"/>
      </w:pPr>
      <w:r>
        <w:rPr>
          <w:rFonts w:ascii="Arial" w:hAnsi="Arial" w:cs="Arial"/>
          <w:sz w:val="24"/>
          <w:rtl/>
          <w:szCs w:val="24"/>
        </w:rPr>
        <w:t>ושאלה: "לא קר לך?"</w:t>
      </w:r>
    </w:p>
    <w:p>
      <w:pPr>
        <w:bidi/>
        <w:jc w:val="right"/>
      </w:pPr>
      <w:r>
        <w:rPr>
          <w:rFonts w:ascii="Arial" w:hAnsi="Arial" w:cs="Arial"/>
          <w:sz w:val="24"/>
          <w:rtl/>
          <w:szCs w:val="24"/>
        </w:rPr>
        <w:t>והעץ חייך בקליפתו.</w:t>
      </w:r>
    </w:p>
    <w:p>
      <w:pPr>
        <w:bidi/>
        <w:jc w:val="right"/>
      </w:pPr>
    </w:p>
    <w:p>
      <w:pPr>
        <w:bidi/>
        <w:jc w:val="right"/>
      </w:pPr>
      <w:r>
        <w:rPr>
          <w:rFonts w:ascii="Arial" w:hAnsi="Arial" w:cs="Arial"/>
          <w:sz w:val="24"/>
          <w:rtl/>
          <w:szCs w:val="24"/>
        </w:rPr>
        <w:t>כי לא כל צמיחה</w:t>
      </w:r>
    </w:p>
    <w:p>
      <w:pPr>
        <w:bidi/>
        <w:jc w:val="right"/>
      </w:pPr>
      <w:r>
        <w:rPr>
          <w:rFonts w:ascii="Arial" w:hAnsi="Arial" w:cs="Arial"/>
          <w:sz w:val="24"/>
          <w:rtl/>
          <w:szCs w:val="24"/>
        </w:rPr>
        <w:t>נראית מבחוץ;</w:t>
      </w:r>
    </w:p>
    <w:p>
      <w:pPr>
        <w:bidi/>
        <w:jc w:val="right"/>
      </w:pPr>
      <w:r>
        <w:rPr>
          <w:rFonts w:ascii="Arial" w:hAnsi="Arial" w:cs="Arial"/>
          <w:sz w:val="24"/>
          <w:rtl/>
          <w:szCs w:val="24"/>
        </w:rPr>
        <w:t>יש צמיחה שקטה</w:t>
      </w:r>
    </w:p>
    <w:p>
      <w:pPr>
        <w:bidi/>
        <w:jc w:val="right"/>
      </w:pPr>
      <w:r>
        <w:rPr>
          <w:rFonts w:ascii="Arial" w:hAnsi="Arial" w:cs="Arial"/>
          <w:sz w:val="24"/>
          <w:rtl/>
          <w:szCs w:val="24"/>
        </w:rPr>
        <w:t>שמתרחשת בשורשים.</w:t>
      </w:r>
    </w:p>
    <w:p>
      <w:pPr>
        <w:bidi/>
        <w:jc w:val="right"/>
      </w:pPr>
    </w:p>
    <w:p>
      <w:pPr>
        <w:bidi/>
        <w:jc w:val="right"/>
      </w:pPr>
      <w:r>
        <w:rPr>
          <w:rFonts w:ascii="Arial" w:hAnsi="Arial" w:cs="Arial"/>
          <w:sz w:val="24"/>
          <w:rtl/>
          <w:szCs w:val="24"/>
        </w:rPr>
        <w:t>באביב יציצו בו</w:t>
      </w:r>
    </w:p>
    <w:p>
      <w:pPr>
        <w:bidi/>
        <w:jc w:val="right"/>
      </w:pPr>
      <w:r>
        <w:rPr>
          <w:rFonts w:ascii="Arial" w:hAnsi="Arial" w:cs="Arial"/>
          <w:sz w:val="24"/>
          <w:rtl/>
          <w:szCs w:val="24"/>
        </w:rPr>
        <w:t>עלים קטנים, רכים,</w:t>
      </w:r>
    </w:p>
    <w:p>
      <w:pPr>
        <w:bidi/>
        <w:jc w:val="right"/>
      </w:pPr>
      <w:r>
        <w:rPr>
          <w:rFonts w:ascii="Arial" w:hAnsi="Arial" w:cs="Arial"/>
          <w:sz w:val="24"/>
          <w:rtl/>
          <w:szCs w:val="24"/>
        </w:rPr>
        <w:t>וכולם יופתעו –</w:t>
      </w:r>
    </w:p>
    <w:p>
      <w:pPr>
        <w:bidi/>
        <w:jc w:val="right"/>
      </w:pPr>
      <w:r>
        <w:rPr>
          <w:rFonts w:ascii="Arial" w:hAnsi="Arial" w:cs="Arial"/>
          <w:sz w:val="24"/>
          <w:rtl/>
          <w:szCs w:val="24"/>
        </w:rPr>
        <w:t>רק העץ ידע מזמן.</w:t>
      </w:r>
    </w:p>
    <w:p>
      <w:pPr>
        <w:bidi/>
        <w:jc w:val="right"/>
      </w:pPr>
    </w:p>
    <w:p>
      <w:pPr>
        <w:bidi/>
        <w:jc w:val="right"/>
      </w:pPr>
      <w:r>
        <w:rPr>
          <w:rFonts w:ascii="Arial" w:hAnsi="Arial" w:cs="Arial"/>
          <w:sz w:val="24"/>
          <w:rtl/>
          <w:szCs w:val="24"/>
        </w:rPr>
        <w:t>וגם אנחנו, לפעמים,</w:t>
      </w:r>
    </w:p>
    <w:p>
      <w:pPr>
        <w:bidi/>
        <w:jc w:val="right"/>
      </w:pPr>
      <w:r>
        <w:rPr>
          <w:rFonts w:ascii="Arial" w:hAnsi="Arial" w:cs="Arial"/>
          <w:sz w:val="24"/>
          <w:rtl/>
          <w:szCs w:val="24"/>
        </w:rPr>
        <w:t>כשנדמה שאין בנו דבר,</w:t>
      </w:r>
    </w:p>
    <w:p>
      <w:pPr>
        <w:bidi/>
        <w:jc w:val="right"/>
      </w:pPr>
      <w:r>
        <w:rPr>
          <w:rFonts w:ascii="Arial" w:hAnsi="Arial" w:cs="Arial"/>
          <w:sz w:val="24"/>
          <w:rtl/>
          <w:szCs w:val="24"/>
        </w:rPr>
        <w:t>יכולים להיזכר בעץ:</w:t>
      </w:r>
    </w:p>
    <w:p>
      <w:pPr>
        <w:bidi/>
        <w:jc w:val="right"/>
      </w:pPr>
      <w:r>
        <w:rPr>
          <w:rFonts w:ascii="Arial" w:hAnsi="Arial" w:cs="Arial"/>
          <w:sz w:val="24"/>
          <w:rtl/>
          <w:szCs w:val="24"/>
        </w:rPr>
        <w:t>משהו בנו צומח בשקט.</w:t>
      </w:r>
    </w:p>
    <w:p>
      <w:pPr>
        <w:bidi/>
        <w:jc w:val="right"/>
      </w:pP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חשוף</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בלי כיסוי, בלי עלים</w:t>
            </w:r>
          </w:p>
        </w:tc>
      </w:tr>
      <w:tr>
        <w:tc>
          <w:tcPr>
            <w:tcW w:type="dxa" w:w="3475"/>
          </w:tcPr>
          <w:p>
            <w:pPr>
              <w:bidi/>
              <w:jc w:val="right"/>
            </w:pPr>
            <w:r>
              <w:rPr>
                <w:rFonts w:ascii="Arial" w:hAnsi="Arial" w:cs="Arial"/>
                <w:sz w:val="22"/>
                <w:rtl/>
                <w:szCs w:val="22"/>
              </w:rPr>
              <w:t>שורשים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החלק של העץ שנמצא באדמה ושותה מים</w:t>
            </w:r>
          </w:p>
        </w:tc>
      </w:tr>
      <w:tr>
        <w:tc>
          <w:tcPr>
            <w:tcW w:type="dxa" w:w="3475"/>
          </w:tcPr>
          <w:p>
            <w:pPr>
              <w:bidi/>
              <w:jc w:val="right"/>
            </w:pPr>
            <w:r>
              <w:rPr>
                <w:rFonts w:ascii="Arial" w:hAnsi="Arial" w:cs="Arial"/>
                <w:sz w:val="22"/>
                <w:rtl/>
                <w:szCs w:val="22"/>
              </w:rPr>
              <w:t>לוחשים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מדברים בשקט מאוד</w:t>
            </w:r>
          </w:p>
        </w:tc>
      </w:tr>
      <w:tr>
        <w:tc>
          <w:tcPr>
            <w:tcW w:type="dxa" w:w="3475"/>
          </w:tcPr>
          <w:p>
            <w:pPr>
              <w:bidi/>
              <w:jc w:val="right"/>
            </w:pPr>
            <w:r>
              <w:rPr>
                <w:rFonts w:ascii="Arial" w:hAnsi="Arial" w:cs="Arial"/>
                <w:sz w:val="22"/>
                <w:rtl/>
                <w:szCs w:val="22"/>
              </w:rPr>
              <w:t>אגרוף קפוץ</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יד סגורה חזק</w:t>
            </w:r>
          </w:p>
        </w:tc>
      </w:tr>
      <w:tr>
        <w:tc>
          <w:tcPr>
            <w:tcW w:type="dxa" w:w="3475"/>
          </w:tcPr>
          <w:p>
            <w:pPr>
              <w:bidi/>
              <w:jc w:val="right"/>
            </w:pPr>
            <w:r>
              <w:rPr>
                <w:rFonts w:ascii="Arial" w:hAnsi="Arial" w:cs="Arial"/>
                <w:sz w:val="22"/>
                <w:rtl/>
                <w:szCs w:val="22"/>
              </w:rPr>
              <w:t>גזע</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החלק העבה של העץ, בין השורשים לענפים</w:t>
            </w:r>
          </w:p>
        </w:tc>
      </w:tr>
      <w:tr>
        <w:tc>
          <w:tcPr>
            <w:tcW w:type="dxa" w:w="3475"/>
          </w:tcPr>
          <w:p>
            <w:pPr>
              <w:bidi/>
              <w:jc w:val="right"/>
            </w:pPr>
            <w:r>
              <w:rPr>
                <w:rFonts w:ascii="Arial" w:hAnsi="Arial" w:cs="Arial"/>
                <w:sz w:val="22"/>
                <w:rtl/>
                <w:szCs w:val="22"/>
              </w:rPr>
              <w:t>יציצו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יופיעו קצת, לאט</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כתבו על משהו שצמח בכם "בשקט", בלי שאיש ראה – כישרון, הרגל, אומץ – ואיך גיליתם אותו.</w:t>
      </w:r>
    </w:p>
    <w:p>
      <w:r>
        <w:br w:type="page"/>
      </w:r>
    </w:p>
    <w:p>
      <w:pPr>
        <w:bidi/>
        <w:pStyle w:val="Heading1"/>
        <w:jc w:val="right"/>
      </w:pPr>
      <w:r>
        <w:rPr>
          <w:rFonts w:ascii="Arial" w:hAnsi="Arial" w:cs="Arial"/>
          <w:b/>
          <w:color w:val="1864AB"/>
          <w:sz w:val="40"/>
          <w:rtl/>
          <w:szCs w:val="40"/>
          <w:bCs/>
        </w:rPr>
        <w:t>🌷 מתחת לאדמה</w:t>
      </w:r>
    </w:p>
    <w:p>
      <w:pPr>
        <w:bidi/>
        <w:jc w:val="right"/>
      </w:pPr>
      <w:r>
        <w:rPr>
          <w:rFonts w:ascii="Arial" w:hAnsi="Arial" w:cs="Arial"/>
          <w:color w:val="555577"/>
          <w:sz w:val="24"/>
          <w:rtl/>
          <w:szCs w:val="24"/>
        </w:rPr>
        <w:t>סוגה: מאמר הגות · נושא: צמיחה סמויה</w:t>
      </w:r>
    </w:p>
    <w:p>
      <w:pPr>
        <w:bidi/>
        <w:pStyle w:val="Heading3"/>
        <w:jc w:val="right"/>
      </w:pPr>
      <w:r>
        <w:rPr>
          <w:rFonts w:ascii="Arial" w:hAnsi="Arial" w:cs="Arial"/>
          <w:b/>
          <w:color w:val="333366"/>
          <w:sz w:val="26"/>
          <w:rtl/>
          <w:szCs w:val="26"/>
          <w:bCs/>
        </w:rPr>
        <w:t>📖 מתחת לאדמה</w:t>
      </w:r>
    </w:p>
    <w:p>
      <w:pPr>
        <w:bidi/>
        <w:jc w:val="right"/>
      </w:pPr>
      <w:r>
        <w:rPr>
          <w:rFonts w:ascii="Arial" w:hAnsi="Arial" w:cs="Arial"/>
          <w:sz w:val="24"/>
          <w:rtl/>
          <w:szCs w:val="24"/>
        </w:rPr>
        <w:t>בסוף הקיץ השדות נראים צהובים ויבשים. מי שעובר שם עשוי לחשוב שאין בהם חיים. אבל מתחת לפני הקרקע מסתתרות פקעות ובצלים – מעין "מחסנים" קטנים שבהם הצמח שומר מזון ומים. הם מחכים בסבלנות.</w:t>
      </w:r>
    </w:p>
    <w:p>
      <w:pPr>
        <w:bidi/>
        <w:jc w:val="right"/>
      </w:pPr>
      <w:r>
        <w:rPr>
          <w:rFonts w:ascii="Arial" w:hAnsi="Arial" w:cs="Arial"/>
          <w:sz w:val="24"/>
          <w:rtl/>
          <w:szCs w:val="24"/>
        </w:rPr>
        <w:t>ואז מגיע הגשם הראשון. טיפה אחר טיפה המים מחלחלים אל האדמה, ומשהו מתעורר. בהתחלה לא רואים דבר. השורשים מתארכים בחושך, נאחזים באדמה ושותים. רק אחרי שבועות מציץ מעל הקרקע עלה ירוק ראשון, ובהמשך החורף – כלנית אדומה או רקפת ורודה.</w:t>
      </w:r>
    </w:p>
    <w:p>
      <w:pPr>
        <w:bidi/>
        <w:jc w:val="right"/>
      </w:pPr>
      <w:r>
        <w:rPr>
          <w:rFonts w:ascii="Arial" w:hAnsi="Arial" w:cs="Arial"/>
          <w:sz w:val="24"/>
          <w:rtl/>
          <w:szCs w:val="24"/>
        </w:rPr>
        <w:t>יש בזה שיעור חשוב: רוב הצמיחה מתרחשת במקום שאיש אינו רואה. כך גם אצלנו. כשאנחנו לומדים משהו קשה, מתגברים על פחד או משלימים עם אכזבה, השינוי מתחיל בפנים, הרבה לפני שאחרים מבחינים בו. לפעמים אפילו אנחנו עצמנו לא מרגישים בו.</w:t>
      </w:r>
    </w:p>
    <w:p>
      <w:pPr>
        <w:bidi/>
        <w:jc w:val="right"/>
      </w:pPr>
      <w:r>
        <w:rPr>
          <w:rFonts w:ascii="Arial" w:hAnsi="Arial" w:cs="Arial"/>
          <w:sz w:val="24"/>
          <w:rtl/>
          <w:szCs w:val="24"/>
        </w:rPr>
        <w:t>לכן כדאי להיות סבלניים עם עצמנו. ימים שנראים "ריקים" אינם בהכרח ימים מבוזבזים. אולי באותם ימים השורשים שלנו מעמיקים. ואולי, כשיגיע הזמן, גם אנחנו נפרח – כל אחת ואחד בצבע משלו.</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פקעת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חלק של צמח מתחת לאדמה ששומר מזון</w:t>
            </w:r>
          </w:p>
        </w:tc>
      </w:tr>
      <w:tr>
        <w:tc>
          <w:tcPr>
            <w:tcW w:type="dxa" w:w="3475"/>
          </w:tcPr>
          <w:p>
            <w:pPr>
              <w:bidi/>
              <w:jc w:val="right"/>
            </w:pPr>
            <w:r>
              <w:rPr>
                <w:rFonts w:ascii="Arial" w:hAnsi="Arial" w:cs="Arial"/>
                <w:sz w:val="22"/>
                <w:rtl/>
                <w:szCs w:val="22"/>
              </w:rPr>
              <w:t>מחלחלים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נכנסים לאט לתוך משהו</w:t>
            </w:r>
          </w:p>
        </w:tc>
      </w:tr>
      <w:tr>
        <w:tc>
          <w:tcPr>
            <w:tcW w:type="dxa" w:w="3475"/>
          </w:tcPr>
          <w:p>
            <w:pPr>
              <w:bidi/>
              <w:jc w:val="right"/>
            </w:pPr>
            <w:r>
              <w:rPr>
                <w:rFonts w:ascii="Arial" w:hAnsi="Arial" w:cs="Arial"/>
                <w:sz w:val="22"/>
                <w:rtl/>
                <w:szCs w:val="22"/>
              </w:rPr>
              <w:t>נאחזים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מחזיקים חזק</w:t>
            </w:r>
          </w:p>
        </w:tc>
      </w:tr>
      <w:tr>
        <w:tc>
          <w:tcPr>
            <w:tcW w:type="dxa" w:w="3475"/>
          </w:tcPr>
          <w:p>
            <w:pPr>
              <w:bidi/>
              <w:jc w:val="right"/>
            </w:pPr>
            <w:r>
              <w:rPr>
                <w:rFonts w:ascii="Arial" w:hAnsi="Arial" w:cs="Arial"/>
                <w:sz w:val="22"/>
                <w:rtl/>
                <w:szCs w:val="22"/>
              </w:rPr>
              <w:t>כלנית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פרח אדום שפורח בחורף בארץ</w:t>
            </w:r>
          </w:p>
        </w:tc>
      </w:tr>
      <w:tr>
        <w:tc>
          <w:tcPr>
            <w:tcW w:type="dxa" w:w="3475"/>
          </w:tcPr>
          <w:p>
            <w:pPr>
              <w:bidi/>
              <w:jc w:val="right"/>
            </w:pPr>
            <w:r>
              <w:rPr>
                <w:rFonts w:ascii="Arial" w:hAnsi="Arial" w:cs="Arial"/>
                <w:sz w:val="22"/>
                <w:rtl/>
                <w:szCs w:val="22"/>
              </w:rPr>
              <w:t>מבחינים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רואים ושמים לב</w:t>
            </w:r>
          </w:p>
        </w:tc>
      </w:tr>
      <w:tr>
        <w:tc>
          <w:tcPr>
            <w:tcW w:type="dxa" w:w="3475"/>
          </w:tcPr>
          <w:p>
            <w:pPr>
              <w:bidi/>
              <w:jc w:val="right"/>
            </w:pPr>
            <w:r>
              <w:rPr>
                <w:rFonts w:ascii="Arial" w:hAnsi="Arial" w:cs="Arial"/>
                <w:sz w:val="22"/>
                <w:rtl/>
                <w:szCs w:val="22"/>
              </w:rPr>
              <w:t>סבלניים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יכולים לחכות בשקט</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חשבו על משהו שלמדתם לאט, בלי שראו מבחוץ. כתבו את "סיפור הפקעת" שלכם: מה היה בהתחלה, מה צמח, ומה פרח בסוף.</w:t>
      </w:r>
    </w:p>
    <w:p>
      <w:r>
        <w:br w:type="page"/>
      </w:r>
    </w:p>
    <w:p>
      <w:pPr>
        <w:bidi/>
        <w:pStyle w:val="Heading1"/>
        <w:jc w:val="right"/>
      </w:pPr>
      <w:r>
        <w:rPr>
          <w:rFonts w:ascii="Arial" w:hAnsi="Arial" w:cs="Arial"/>
          <w:b/>
          <w:color w:val="1864AB"/>
          <w:sz w:val="40"/>
          <w:rtl/>
          <w:szCs w:val="40"/>
          <w:bCs/>
        </w:rPr>
        <w:t>🌧️ כשהאינטרנט נפל</w:t>
      </w:r>
    </w:p>
    <w:p>
      <w:pPr>
        <w:bidi/>
        <w:jc w:val="right"/>
      </w:pPr>
      <w:r>
        <w:rPr>
          <w:rFonts w:ascii="Arial" w:hAnsi="Arial" w:cs="Arial"/>
          <w:color w:val="555577"/>
          <w:sz w:val="24"/>
          <w:rtl/>
          <w:szCs w:val="24"/>
        </w:rPr>
        <w:t>סוגה: סיפור קצר · נושא: שקט וגילוי עצמי</w:t>
      </w:r>
    </w:p>
    <w:p>
      <w:pPr>
        <w:bidi/>
        <w:pStyle w:val="Heading3"/>
        <w:jc w:val="right"/>
      </w:pPr>
      <w:r>
        <w:rPr>
          <w:rFonts w:ascii="Arial" w:hAnsi="Arial" w:cs="Arial"/>
          <w:b/>
          <w:color w:val="333366"/>
          <w:sz w:val="26"/>
          <w:rtl/>
          <w:szCs w:val="26"/>
          <w:bCs/>
        </w:rPr>
        <w:t>📖 כשהאינטרנט נפל</w:t>
      </w:r>
    </w:p>
    <w:p>
      <w:pPr>
        <w:bidi/>
        <w:jc w:val="right"/>
      </w:pPr>
      <w:r>
        <w:rPr>
          <w:rFonts w:ascii="Arial" w:hAnsi="Arial" w:cs="Arial"/>
          <w:sz w:val="24"/>
          <w:rtl/>
          <w:szCs w:val="24"/>
        </w:rPr>
        <w:t>הגשם התחיל בבוקר ולא הפסיק. בצהריים, בדיוק כשעידו התכונן לשחק עם חברים במחשב, המסך החשיך. "אין אינטרנט," הודיעה אחותו הגדולה, "בגלל הסערה."</w:t>
      </w:r>
    </w:p>
    <w:p>
      <w:pPr>
        <w:bidi/>
        <w:jc w:val="right"/>
      </w:pPr>
      <w:r>
        <w:rPr>
          <w:rFonts w:ascii="Arial" w:hAnsi="Arial" w:cs="Arial"/>
          <w:sz w:val="24"/>
          <w:rtl/>
          <w:szCs w:val="24"/>
        </w:rPr>
        <w:t>עידו נאנח. מה עושים עכשיו? הוא הסתובב בבית כמו אריה בכלוב, פתח את המקרר וסגר אותו, נשכב על הספה וקם ממנה. השעון על הקיר תקתק לאט כל כך, שנדמה היה שהזמן עצמו נרדם.</w:t>
      </w:r>
    </w:p>
    <w:p>
      <w:pPr>
        <w:bidi/>
        <w:jc w:val="right"/>
      </w:pPr>
      <w:r>
        <w:rPr>
          <w:rFonts w:ascii="Arial" w:hAnsi="Arial" w:cs="Arial"/>
          <w:sz w:val="24"/>
          <w:rtl/>
          <w:szCs w:val="24"/>
        </w:rPr>
        <w:t>בסוף התיישב ליד החלון. בהתחלה רק הסתכל. טיפות גדולות החליקו על הזכוכית, התחברו זו לזו והפכו לנחלים קטנים. ברחוב, איש עם מטריה צהובה רץ אל התחנה. עץ הפיקוס הישן התכופף ברוח והזדקף שוב, ושוב, ושוב.</w:t>
      </w:r>
    </w:p>
    <w:p>
      <w:pPr>
        <w:bidi/>
        <w:jc w:val="right"/>
      </w:pPr>
      <w:r>
        <w:rPr>
          <w:rFonts w:ascii="Arial" w:hAnsi="Arial" w:cs="Arial"/>
          <w:sz w:val="24"/>
          <w:rtl/>
          <w:szCs w:val="24"/>
        </w:rPr>
        <w:t>עידו מצא מחברת ישנה במגירה והתחיל לכתוב. לא שיעורי בית – סתם מילים. "הגשם לא ממהר לשום מקום," כתב, ואחר כך: "אולי גם אני לא צריך למהר." הוא כתב על העץ שמתכופף ולא נשבר, על האיש עם המטריה, ועל ההרגשה המוזרה בבטן כשהבית שקט.</w:t>
      </w:r>
    </w:p>
    <w:p>
      <w:pPr>
        <w:bidi/>
        <w:jc w:val="right"/>
      </w:pPr>
      <w:r>
        <w:rPr>
          <w:rFonts w:ascii="Arial" w:hAnsi="Arial" w:cs="Arial"/>
          <w:sz w:val="24"/>
          <w:rtl/>
          <w:szCs w:val="24"/>
        </w:rPr>
        <w:t>כשהאינטרנט חזר, שעתיים אחר כך, עידו בכלל לא שם לב. הוא היה באמצע עמוד שלישי. "מה אתה עושה?" שאלה אחותו. עידו הרים את הראש וחייך. "אני חושב," אמר. "מסתבר שזה די מעניין."</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נאנח</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הוציא אוויר בקול, מתוך עצב או שעמום</w:t>
            </w:r>
          </w:p>
        </w:tc>
      </w:tr>
      <w:tr>
        <w:tc>
          <w:tcPr>
            <w:tcW w:type="dxa" w:w="3475"/>
          </w:tcPr>
          <w:p>
            <w:pPr>
              <w:bidi/>
              <w:jc w:val="right"/>
            </w:pPr>
            <w:r>
              <w:rPr>
                <w:rFonts w:ascii="Arial" w:hAnsi="Arial" w:cs="Arial"/>
                <w:sz w:val="22"/>
                <w:rtl/>
                <w:szCs w:val="22"/>
              </w:rPr>
              <w:t>כלוב</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מקום סגור עם סורגים לבעלי חיים</w:t>
            </w:r>
          </w:p>
        </w:tc>
      </w:tr>
      <w:tr>
        <w:tc>
          <w:tcPr>
            <w:tcW w:type="dxa" w:w="3475"/>
          </w:tcPr>
          <w:p>
            <w:pPr>
              <w:bidi/>
              <w:jc w:val="right"/>
            </w:pPr>
            <w:r>
              <w:rPr>
                <w:rFonts w:ascii="Arial" w:hAnsi="Arial" w:cs="Arial"/>
                <w:sz w:val="22"/>
                <w:rtl/>
                <w:szCs w:val="22"/>
              </w:rPr>
              <w:t>תקתק</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השמיע "טיק־טק" כמו שעון</w:t>
            </w:r>
          </w:p>
        </w:tc>
      </w:tr>
      <w:tr>
        <w:tc>
          <w:tcPr>
            <w:tcW w:type="dxa" w:w="3475"/>
          </w:tcPr>
          <w:p>
            <w:pPr>
              <w:bidi/>
              <w:jc w:val="right"/>
            </w:pPr>
            <w:r>
              <w:rPr>
                <w:rFonts w:ascii="Arial" w:hAnsi="Arial" w:cs="Arial"/>
                <w:sz w:val="22"/>
                <w:rtl/>
                <w:szCs w:val="22"/>
              </w:rPr>
              <w:t>החליקו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זזו בקלות על משטח חלק</w:t>
            </w:r>
          </w:p>
        </w:tc>
      </w:tr>
      <w:tr>
        <w:tc>
          <w:tcPr>
            <w:tcW w:type="dxa" w:w="3475"/>
          </w:tcPr>
          <w:p>
            <w:pPr>
              <w:bidi/>
              <w:jc w:val="right"/>
            </w:pPr>
            <w:r>
              <w:rPr>
                <w:rFonts w:ascii="Arial" w:hAnsi="Arial" w:cs="Arial"/>
                <w:sz w:val="22"/>
                <w:rtl/>
                <w:szCs w:val="22"/>
              </w:rPr>
              <w:t>הזדקף</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חזר לעמוד ישר</w:t>
            </w:r>
          </w:p>
        </w:tc>
      </w:tr>
      <w:tr>
        <w:tc>
          <w:tcPr>
            <w:tcW w:type="dxa" w:w="3475"/>
          </w:tcPr>
          <w:p>
            <w:pPr>
              <w:bidi/>
              <w:jc w:val="right"/>
            </w:pPr>
            <w:r>
              <w:rPr>
                <w:rFonts w:ascii="Arial" w:hAnsi="Arial" w:cs="Arial"/>
                <w:sz w:val="22"/>
                <w:rtl/>
                <w:szCs w:val="22"/>
              </w:rPr>
              <w:t>מסתבר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מתברר, מגלים ש...</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כתבו על פעם שבה משהו "נפל" או השתבש – ובזכות זה גיליתם משהו חדש על עצמכם.</w:t>
      </w:r>
    </w:p>
    <w:p>
      <w:r>
        <w:br w:type="page"/>
      </w:r>
    </w:p>
    <w:p>
      <w:pPr>
        <w:bidi/>
        <w:pStyle w:val="Heading1"/>
        <w:jc w:val="right"/>
      </w:pPr>
      <w:r>
        <w:rPr>
          <w:rFonts w:ascii="Arial" w:hAnsi="Arial" w:cs="Arial"/>
          <w:b/>
          <w:color w:val="1864AB"/>
          <w:sz w:val="40"/>
          <w:rtl/>
          <w:szCs w:val="40"/>
          <w:bCs/>
        </w:rPr>
        <w:t>✉️ מכתב לעצמי</w:t>
      </w:r>
    </w:p>
    <w:p>
      <w:pPr>
        <w:bidi/>
        <w:jc w:val="right"/>
      </w:pPr>
      <w:r>
        <w:rPr>
          <w:rFonts w:ascii="Arial" w:hAnsi="Arial" w:cs="Arial"/>
          <w:color w:val="555577"/>
          <w:sz w:val="24"/>
          <w:rtl/>
          <w:szCs w:val="24"/>
        </w:rPr>
        <w:t>סוגה: מכתב · נושא: הסתכלות על עצמי</w:t>
      </w:r>
    </w:p>
    <w:p>
      <w:pPr>
        <w:bidi/>
        <w:pStyle w:val="Heading3"/>
        <w:jc w:val="right"/>
      </w:pPr>
      <w:r>
        <w:rPr>
          <w:rFonts w:ascii="Arial" w:hAnsi="Arial" w:cs="Arial"/>
          <w:b/>
          <w:color w:val="333366"/>
          <w:sz w:val="26"/>
          <w:rtl/>
          <w:szCs w:val="26"/>
          <w:bCs/>
        </w:rPr>
        <w:t>📖 מכתב לעצמי</w:t>
      </w:r>
    </w:p>
    <w:p>
      <w:pPr>
        <w:bidi/>
        <w:jc w:val="right"/>
      </w:pPr>
      <w:r>
        <w:rPr>
          <w:rFonts w:ascii="Arial" w:hAnsi="Arial" w:cs="Arial"/>
          <w:sz w:val="24"/>
          <w:rtl/>
          <w:szCs w:val="24"/>
        </w:rPr>
        <w:t>יעל של החורף הבא, שלום!</w:t>
      </w:r>
    </w:p>
    <w:p>
      <w:pPr>
        <w:bidi/>
        <w:jc w:val="right"/>
      </w:pPr>
      <w:r>
        <w:rPr>
          <w:rFonts w:ascii="Arial" w:hAnsi="Arial" w:cs="Arial"/>
          <w:sz w:val="24"/>
          <w:rtl/>
          <w:szCs w:val="24"/>
        </w:rPr>
        <w:t>היום ירד הגשם הראשון של השנה, והחלטתי לכתוב לך. המורה אמרה שמכתב לעצמנו הוא כמו בקבוק שזורקים לים: לא יודעים מתי יגיע ולאן. אני מקווה שתמצאי אותו במגירה בדיוק בזמן.</w:t>
      </w:r>
    </w:p>
    <w:p>
      <w:pPr>
        <w:bidi/>
        <w:jc w:val="right"/>
      </w:pPr>
      <w:r>
        <w:rPr>
          <w:rFonts w:ascii="Arial" w:hAnsi="Arial" w:cs="Arial"/>
          <w:sz w:val="24"/>
          <w:rtl/>
          <w:szCs w:val="24"/>
        </w:rPr>
        <w:t>קודם כול, אני רוצה לספר לך מה מעסיק אותי עכשיו. התחלתי השנה כיתה חדשה, ובהתחלה הרגשתי כמו דג שהוציאו מהמים. היום אני כבר מכירה כמה בנות ובנים, ויש לי חברה אחת שאני ממש סומכת עליה. אני עדיין מתביישת לדבר מול כל הכיתה. אולי אצלך זה כבר השתנה?</w:t>
      </w:r>
    </w:p>
    <w:p>
      <w:pPr>
        <w:bidi/>
        <w:jc w:val="right"/>
      </w:pPr>
      <w:r>
        <w:rPr>
          <w:rFonts w:ascii="Arial" w:hAnsi="Arial" w:cs="Arial"/>
          <w:sz w:val="24"/>
          <w:rtl/>
          <w:szCs w:val="24"/>
        </w:rPr>
        <w:t>יש לי כמה שאלות אלייך: האם המשכת לנגן? האם את עדיין אוהבת לקרוא לפני השינה? ומה הדבר שהכי גרם לך גאווה השנה?</w:t>
      </w:r>
    </w:p>
    <w:p>
      <w:pPr>
        <w:bidi/>
        <w:jc w:val="right"/>
      </w:pPr>
      <w:r>
        <w:rPr>
          <w:rFonts w:ascii="Arial" w:hAnsi="Arial" w:cs="Arial"/>
          <w:sz w:val="24"/>
          <w:rtl/>
          <w:szCs w:val="24"/>
        </w:rPr>
        <w:t>ויש לי גם בקשה: אל תשכחי את מה שלמדתי בחודשים האחרונים – שגם כשקשה, זה לא נשאר קשה לנצח. כמו הגשם הזה: עכשיו הוא סוער, אבל מחר השמש תציץ בין העננים.</w:t>
      </w:r>
    </w:p>
    <w:p>
      <w:pPr>
        <w:bidi/>
        <w:jc w:val="right"/>
      </w:pPr>
      <w:r>
        <w:rPr>
          <w:rFonts w:ascii="Arial" w:hAnsi="Arial" w:cs="Arial"/>
          <w:sz w:val="24"/>
          <w:rtl/>
          <w:szCs w:val="24"/>
        </w:rPr>
        <w:t>אם משהו לא הסתדר כמו שרצית – זה בסדר. תהיי טובה אל עצמך. את לא חייבת להיות מושלמת, רק להמשיך לצמוח.</w:t>
      </w:r>
    </w:p>
    <w:p>
      <w:pPr>
        <w:bidi/>
        <w:jc w:val="right"/>
      </w:pPr>
      <w:r>
        <w:rPr>
          <w:rFonts w:ascii="Arial" w:hAnsi="Arial" w:cs="Arial"/>
          <w:sz w:val="24"/>
          <w:rtl/>
          <w:szCs w:val="24"/>
        </w:rPr>
        <w:t>באהבה,</w:t>
      </w:r>
    </w:p>
    <w:p>
      <w:pPr>
        <w:bidi/>
        <w:jc w:val="right"/>
      </w:pPr>
      <w:r>
        <w:rPr>
          <w:rFonts w:ascii="Arial" w:hAnsi="Arial" w:cs="Arial"/>
          <w:sz w:val="24"/>
          <w:rtl/>
          <w:szCs w:val="24"/>
        </w:rPr>
        <w:t>יעל של היום</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מעסיק</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משהו שחושבים עליו הרבה</w:t>
            </w:r>
          </w:p>
        </w:tc>
      </w:tr>
      <w:tr>
        <w:tc>
          <w:tcPr>
            <w:tcW w:type="dxa" w:w="3475"/>
          </w:tcPr>
          <w:p>
            <w:pPr>
              <w:bidi/>
              <w:jc w:val="right"/>
            </w:pPr>
            <w:r>
              <w:rPr>
                <w:rFonts w:ascii="Arial" w:hAnsi="Arial" w:cs="Arial"/>
                <w:sz w:val="22"/>
                <w:rtl/>
                <w:szCs w:val="22"/>
              </w:rPr>
              <w:t>סומכת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בטוחה שאפשר להאמין למישהו</w:t>
            </w:r>
          </w:p>
        </w:tc>
      </w:tr>
      <w:tr>
        <w:tc>
          <w:tcPr>
            <w:tcW w:type="dxa" w:w="3475"/>
          </w:tcPr>
          <w:p>
            <w:pPr>
              <w:bidi/>
              <w:jc w:val="right"/>
            </w:pPr>
            <w:r>
              <w:rPr>
                <w:rFonts w:ascii="Arial" w:hAnsi="Arial" w:cs="Arial"/>
                <w:sz w:val="22"/>
                <w:rtl/>
                <w:szCs w:val="22"/>
              </w:rPr>
              <w:t>מתביישת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מרגישה לא נוח מול אחרים</w:t>
            </w:r>
          </w:p>
        </w:tc>
      </w:tr>
      <w:tr>
        <w:tc>
          <w:tcPr>
            <w:tcW w:type="dxa" w:w="3475"/>
          </w:tcPr>
          <w:p>
            <w:pPr>
              <w:bidi/>
              <w:jc w:val="right"/>
            </w:pPr>
            <w:r>
              <w:rPr>
                <w:rFonts w:ascii="Arial" w:hAnsi="Arial" w:cs="Arial"/>
                <w:sz w:val="22"/>
                <w:rtl/>
                <w:szCs w:val="22"/>
              </w:rPr>
              <w:t>גאווה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הרגשה טובה על משהו שעשיתי</w:t>
            </w:r>
          </w:p>
        </w:tc>
      </w:tr>
      <w:tr>
        <w:tc>
          <w:tcPr>
            <w:tcW w:type="dxa" w:w="3475"/>
          </w:tcPr>
          <w:p>
            <w:pPr>
              <w:bidi/>
              <w:jc w:val="right"/>
            </w:pPr>
            <w:r>
              <w:rPr>
                <w:rFonts w:ascii="Arial" w:hAnsi="Arial" w:cs="Arial"/>
                <w:sz w:val="22"/>
                <w:rtl/>
                <w:szCs w:val="22"/>
              </w:rPr>
              <w:t>סוער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עם רוח וגשם חזקים</w:t>
            </w:r>
          </w:p>
        </w:tc>
      </w:tr>
      <w:tr>
        <w:tc>
          <w:tcPr>
            <w:tcW w:type="dxa" w:w="3475"/>
          </w:tcPr>
          <w:p>
            <w:pPr>
              <w:bidi/>
              <w:jc w:val="right"/>
            </w:pPr>
            <w:r>
              <w:rPr>
                <w:rFonts w:ascii="Arial" w:hAnsi="Arial" w:cs="Arial"/>
                <w:sz w:val="22"/>
                <w:rtl/>
                <w:szCs w:val="22"/>
              </w:rPr>
              <w:t>מושלמת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בלי שום טעות</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כתבו מכתב קצר לעצמכם של החורף הבא: מה מעסיק אתכם היום, שאלה אחת לעצמכם ובקשה אחת.</w:t>
      </w:r>
    </w:p>
    <w:p>
      <w:r>
        <w:br w:type="page"/>
      </w:r>
    </w:p>
    <w:p>
      <w:pPr>
        <w:bidi/>
        <w:pStyle w:val="Heading1"/>
        <w:jc w:val="right"/>
      </w:pPr>
      <w:r>
        <w:rPr>
          <w:rFonts w:ascii="Arial" w:hAnsi="Arial" w:cs="Arial"/>
          <w:b/>
          <w:color w:val="1864AB"/>
          <w:sz w:val="40"/>
          <w:rtl/>
          <w:szCs w:val="40"/>
          <w:bCs/>
        </w:rPr>
        <w:t>🔦 פנס קטן</w:t>
      </w:r>
    </w:p>
    <w:p>
      <w:pPr>
        <w:bidi/>
        <w:jc w:val="right"/>
      </w:pPr>
      <w:r>
        <w:rPr>
          <w:rFonts w:ascii="Arial" w:hAnsi="Arial" w:cs="Arial"/>
          <w:color w:val="555577"/>
          <w:sz w:val="24"/>
          <w:rtl/>
          <w:szCs w:val="24"/>
        </w:rPr>
        <w:t>סוגה: שיר · נושא: אור בתוך החושך</w:t>
      </w:r>
    </w:p>
    <w:p>
      <w:pPr>
        <w:bidi/>
        <w:pStyle w:val="Heading3"/>
        <w:jc w:val="right"/>
      </w:pPr>
      <w:r>
        <w:rPr>
          <w:rFonts w:ascii="Arial" w:hAnsi="Arial" w:cs="Arial"/>
          <w:b/>
          <w:color w:val="333366"/>
          <w:sz w:val="26"/>
          <w:rtl/>
          <w:szCs w:val="26"/>
          <w:bCs/>
        </w:rPr>
        <w:t>📖 פנס קטן</w:t>
      </w:r>
    </w:p>
    <w:p>
      <w:pPr>
        <w:bidi/>
        <w:jc w:val="right"/>
      </w:pPr>
      <w:r>
        <w:rPr>
          <w:rFonts w:ascii="Arial" w:hAnsi="Arial" w:cs="Arial"/>
          <w:sz w:val="24"/>
          <w:rtl/>
          <w:szCs w:val="24"/>
        </w:rPr>
        <w:t>בערבי החורף</w:t>
      </w:r>
    </w:p>
    <w:p>
      <w:pPr>
        <w:bidi/>
        <w:jc w:val="right"/>
      </w:pPr>
      <w:r>
        <w:rPr>
          <w:rFonts w:ascii="Arial" w:hAnsi="Arial" w:cs="Arial"/>
          <w:sz w:val="24"/>
          <w:rtl/>
          <w:szCs w:val="24"/>
        </w:rPr>
        <w:t>החושך מגיע מוקדם,</w:t>
      </w:r>
    </w:p>
    <w:p>
      <w:pPr>
        <w:bidi/>
        <w:jc w:val="right"/>
      </w:pPr>
      <w:r>
        <w:rPr>
          <w:rFonts w:ascii="Arial" w:hAnsi="Arial" w:cs="Arial"/>
          <w:sz w:val="24"/>
          <w:rtl/>
          <w:szCs w:val="24"/>
        </w:rPr>
        <w:t>פורש על העיר</w:t>
      </w:r>
    </w:p>
    <w:p>
      <w:pPr>
        <w:bidi/>
        <w:jc w:val="right"/>
      </w:pPr>
      <w:r>
        <w:rPr>
          <w:rFonts w:ascii="Arial" w:hAnsi="Arial" w:cs="Arial"/>
          <w:sz w:val="24"/>
          <w:rtl/>
          <w:szCs w:val="24"/>
        </w:rPr>
        <w:t>שמיכה אפורה וכבדה.</w:t>
      </w:r>
    </w:p>
    <w:p>
      <w:pPr>
        <w:bidi/>
        <w:jc w:val="right"/>
      </w:pPr>
    </w:p>
    <w:p>
      <w:pPr>
        <w:bidi/>
        <w:jc w:val="right"/>
      </w:pPr>
      <w:r>
        <w:rPr>
          <w:rFonts w:ascii="Arial" w:hAnsi="Arial" w:cs="Arial"/>
          <w:sz w:val="24"/>
          <w:rtl/>
          <w:szCs w:val="24"/>
        </w:rPr>
        <w:t>הכוכבים מתחבאים,</w:t>
      </w:r>
    </w:p>
    <w:p>
      <w:pPr>
        <w:bidi/>
        <w:jc w:val="right"/>
      </w:pPr>
      <w:r>
        <w:rPr>
          <w:rFonts w:ascii="Arial" w:hAnsi="Arial" w:cs="Arial"/>
          <w:sz w:val="24"/>
          <w:rtl/>
          <w:szCs w:val="24"/>
        </w:rPr>
        <w:t>הירח שוכח לבוא,</w:t>
      </w:r>
    </w:p>
    <w:p>
      <w:pPr>
        <w:bidi/>
        <w:jc w:val="right"/>
      </w:pPr>
      <w:r>
        <w:rPr>
          <w:rFonts w:ascii="Arial" w:hAnsi="Arial" w:cs="Arial"/>
          <w:sz w:val="24"/>
          <w:rtl/>
          <w:szCs w:val="24"/>
        </w:rPr>
        <w:t>והרחוב שותק</w:t>
      </w:r>
    </w:p>
    <w:p>
      <w:pPr>
        <w:bidi/>
        <w:jc w:val="right"/>
      </w:pPr>
      <w:r>
        <w:rPr>
          <w:rFonts w:ascii="Arial" w:hAnsi="Arial" w:cs="Arial"/>
          <w:sz w:val="24"/>
          <w:rtl/>
          <w:szCs w:val="24"/>
        </w:rPr>
        <w:t>כמו ספר סגור.</w:t>
      </w:r>
    </w:p>
    <w:p>
      <w:pPr>
        <w:bidi/>
        <w:jc w:val="right"/>
      </w:pPr>
    </w:p>
    <w:p>
      <w:pPr>
        <w:bidi/>
        <w:jc w:val="right"/>
      </w:pPr>
      <w:r>
        <w:rPr>
          <w:rFonts w:ascii="Arial" w:hAnsi="Arial" w:cs="Arial"/>
          <w:sz w:val="24"/>
          <w:rtl/>
          <w:szCs w:val="24"/>
        </w:rPr>
        <w:t>אבל בכל חלון</w:t>
      </w:r>
    </w:p>
    <w:p>
      <w:pPr>
        <w:bidi/>
        <w:jc w:val="right"/>
      </w:pPr>
      <w:r>
        <w:rPr>
          <w:rFonts w:ascii="Arial" w:hAnsi="Arial" w:cs="Arial"/>
          <w:sz w:val="24"/>
          <w:rtl/>
          <w:szCs w:val="24"/>
        </w:rPr>
        <w:t>דולק אור קטן:</w:t>
      </w:r>
    </w:p>
    <w:p>
      <w:pPr>
        <w:bidi/>
        <w:jc w:val="right"/>
      </w:pPr>
      <w:r>
        <w:rPr>
          <w:rFonts w:ascii="Arial" w:hAnsi="Arial" w:cs="Arial"/>
          <w:sz w:val="24"/>
          <w:rtl/>
          <w:szCs w:val="24"/>
        </w:rPr>
        <w:t>מנורה ליד מיטה,</w:t>
      </w:r>
    </w:p>
    <w:p>
      <w:pPr>
        <w:bidi/>
        <w:jc w:val="right"/>
      </w:pPr>
      <w:r>
        <w:rPr>
          <w:rFonts w:ascii="Arial" w:hAnsi="Arial" w:cs="Arial"/>
          <w:sz w:val="24"/>
          <w:rtl/>
          <w:szCs w:val="24"/>
        </w:rPr>
        <w:t>נר על שולחן.</w:t>
      </w:r>
    </w:p>
    <w:p>
      <w:pPr>
        <w:bidi/>
        <w:jc w:val="right"/>
      </w:pPr>
    </w:p>
    <w:p>
      <w:pPr>
        <w:bidi/>
        <w:jc w:val="right"/>
      </w:pPr>
      <w:r>
        <w:rPr>
          <w:rFonts w:ascii="Arial" w:hAnsi="Arial" w:cs="Arial"/>
          <w:sz w:val="24"/>
          <w:rtl/>
          <w:szCs w:val="24"/>
        </w:rPr>
        <w:t>ובכל לב יש פנס</w:t>
      </w:r>
    </w:p>
    <w:p>
      <w:pPr>
        <w:bidi/>
        <w:jc w:val="right"/>
      </w:pPr>
      <w:r>
        <w:rPr>
          <w:rFonts w:ascii="Arial" w:hAnsi="Arial" w:cs="Arial"/>
          <w:sz w:val="24"/>
          <w:rtl/>
          <w:szCs w:val="24"/>
        </w:rPr>
        <w:t>שאיש אינו רואה:</w:t>
      </w:r>
    </w:p>
    <w:p>
      <w:pPr>
        <w:bidi/>
        <w:jc w:val="right"/>
      </w:pPr>
      <w:r>
        <w:rPr>
          <w:rFonts w:ascii="Arial" w:hAnsi="Arial" w:cs="Arial"/>
          <w:sz w:val="24"/>
          <w:rtl/>
          <w:szCs w:val="24"/>
        </w:rPr>
        <w:t>זיכרון של חיבוק,</w:t>
      </w:r>
    </w:p>
    <w:p>
      <w:pPr>
        <w:bidi/>
        <w:jc w:val="right"/>
      </w:pPr>
      <w:r>
        <w:rPr>
          <w:rFonts w:ascii="Arial" w:hAnsi="Arial" w:cs="Arial"/>
          <w:sz w:val="24"/>
          <w:rtl/>
          <w:szCs w:val="24"/>
        </w:rPr>
        <w:t>מילה טובה שנאמרה,</w:t>
      </w:r>
    </w:p>
    <w:p>
      <w:pPr>
        <w:bidi/>
        <w:jc w:val="right"/>
      </w:pPr>
    </w:p>
    <w:p>
      <w:pPr>
        <w:bidi/>
        <w:jc w:val="right"/>
      </w:pPr>
      <w:r>
        <w:rPr>
          <w:rFonts w:ascii="Arial" w:hAnsi="Arial" w:cs="Arial"/>
          <w:sz w:val="24"/>
          <w:rtl/>
          <w:szCs w:val="24"/>
        </w:rPr>
        <w:t>צחוק עם חבר או חברה,</w:t>
      </w:r>
    </w:p>
    <w:p>
      <w:pPr>
        <w:bidi/>
        <w:jc w:val="right"/>
      </w:pPr>
      <w:r>
        <w:rPr>
          <w:rFonts w:ascii="Arial" w:hAnsi="Arial" w:cs="Arial"/>
          <w:sz w:val="24"/>
          <w:rtl/>
          <w:szCs w:val="24"/>
        </w:rPr>
        <w:t>ריח של מרק חם,</w:t>
      </w:r>
    </w:p>
    <w:p>
      <w:pPr>
        <w:bidi/>
        <w:jc w:val="right"/>
      </w:pPr>
      <w:r>
        <w:rPr>
          <w:rFonts w:ascii="Arial" w:hAnsi="Arial" w:cs="Arial"/>
          <w:sz w:val="24"/>
          <w:rtl/>
          <w:szCs w:val="24"/>
        </w:rPr>
        <w:t>שיר שמתנגן בראש</w:t>
      </w:r>
    </w:p>
    <w:p>
      <w:pPr>
        <w:bidi/>
        <w:jc w:val="right"/>
      </w:pPr>
      <w:r>
        <w:rPr>
          <w:rFonts w:ascii="Arial" w:hAnsi="Arial" w:cs="Arial"/>
          <w:sz w:val="24"/>
          <w:rtl/>
          <w:szCs w:val="24"/>
        </w:rPr>
        <w:t>גם כשהכול דומם.</w:t>
      </w:r>
    </w:p>
    <w:p>
      <w:pPr>
        <w:bidi/>
        <w:jc w:val="right"/>
      </w:pPr>
    </w:p>
    <w:p>
      <w:pPr>
        <w:bidi/>
        <w:jc w:val="right"/>
      </w:pPr>
      <w:r>
        <w:rPr>
          <w:rFonts w:ascii="Arial" w:hAnsi="Arial" w:cs="Arial"/>
          <w:sz w:val="24"/>
          <w:rtl/>
          <w:szCs w:val="24"/>
        </w:rPr>
        <w:t>וכשנדמה שאין דרך,</w:t>
      </w:r>
    </w:p>
    <w:p>
      <w:pPr>
        <w:bidi/>
        <w:jc w:val="right"/>
      </w:pPr>
      <w:r>
        <w:rPr>
          <w:rFonts w:ascii="Arial" w:hAnsi="Arial" w:cs="Arial"/>
          <w:sz w:val="24"/>
          <w:rtl/>
          <w:szCs w:val="24"/>
        </w:rPr>
        <w:t>שהלילה לא ייגמר,</w:t>
      </w:r>
    </w:p>
    <w:p>
      <w:pPr>
        <w:bidi/>
        <w:jc w:val="right"/>
      </w:pPr>
      <w:r>
        <w:rPr>
          <w:rFonts w:ascii="Arial" w:hAnsi="Arial" w:cs="Arial"/>
          <w:sz w:val="24"/>
          <w:rtl/>
          <w:szCs w:val="24"/>
        </w:rPr>
        <w:t>אפשר להדליק את הפנס</w:t>
      </w:r>
    </w:p>
    <w:p>
      <w:pPr>
        <w:bidi/>
        <w:jc w:val="right"/>
      </w:pPr>
      <w:r>
        <w:rPr>
          <w:rFonts w:ascii="Arial" w:hAnsi="Arial" w:cs="Arial"/>
          <w:sz w:val="24"/>
          <w:rtl/>
          <w:szCs w:val="24"/>
        </w:rPr>
        <w:t>ולצעוד – צעד אחר צעד.</w:t>
      </w:r>
    </w:p>
    <w:p>
      <w:pPr>
        <w:bidi/>
        <w:jc w:val="right"/>
      </w:pPr>
    </w:p>
    <w:p>
      <w:pPr>
        <w:bidi/>
        <w:jc w:val="right"/>
      </w:pPr>
      <w:r>
        <w:rPr>
          <w:rFonts w:ascii="Arial" w:hAnsi="Arial" w:cs="Arial"/>
          <w:sz w:val="24"/>
          <w:rtl/>
          <w:szCs w:val="24"/>
        </w:rPr>
        <w:t>כי האור אינו נמצא רק</w:t>
      </w:r>
    </w:p>
    <w:p>
      <w:pPr>
        <w:bidi/>
        <w:jc w:val="right"/>
      </w:pPr>
      <w:r>
        <w:rPr>
          <w:rFonts w:ascii="Arial" w:hAnsi="Arial" w:cs="Arial"/>
          <w:sz w:val="24"/>
          <w:rtl/>
          <w:szCs w:val="24"/>
        </w:rPr>
        <w:t>בשמש שבשמיים;</w:t>
      </w:r>
    </w:p>
    <w:p>
      <w:pPr>
        <w:bidi/>
        <w:jc w:val="right"/>
      </w:pPr>
      <w:r>
        <w:rPr>
          <w:rFonts w:ascii="Arial" w:hAnsi="Arial" w:cs="Arial"/>
          <w:sz w:val="24"/>
          <w:rtl/>
          <w:szCs w:val="24"/>
        </w:rPr>
        <w:t>לפעמים הוא מחכה</w:t>
      </w:r>
    </w:p>
    <w:p>
      <w:pPr>
        <w:bidi/>
        <w:jc w:val="right"/>
      </w:pPr>
      <w:r>
        <w:rPr>
          <w:rFonts w:ascii="Arial" w:hAnsi="Arial" w:cs="Arial"/>
          <w:sz w:val="24"/>
          <w:rtl/>
          <w:szCs w:val="24"/>
        </w:rPr>
        <w:t>בתוכנו, בין הידיים.</w:t>
      </w:r>
    </w:p>
    <w:p>
      <w:pPr>
        <w:bidi/>
        <w:jc w:val="right"/>
      </w:pP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פורש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פותח ומניח, כמו שמיכה על מיטה</w:t>
            </w:r>
          </w:p>
        </w:tc>
      </w:tr>
      <w:tr>
        <w:tc>
          <w:tcPr>
            <w:tcW w:type="dxa" w:w="3475"/>
          </w:tcPr>
          <w:p>
            <w:pPr>
              <w:bidi/>
              <w:jc w:val="right"/>
            </w:pPr>
            <w:r>
              <w:rPr>
                <w:rFonts w:ascii="Arial" w:hAnsi="Arial" w:cs="Arial"/>
                <w:sz w:val="22"/>
                <w:rtl/>
                <w:szCs w:val="22"/>
              </w:rPr>
              <w:t>מתחבאים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הולכים למקום שלא רואים אותם</w:t>
            </w:r>
          </w:p>
        </w:tc>
      </w:tr>
      <w:tr>
        <w:tc>
          <w:tcPr>
            <w:tcW w:type="dxa" w:w="3475"/>
          </w:tcPr>
          <w:p>
            <w:pPr>
              <w:bidi/>
              <w:jc w:val="right"/>
            </w:pPr>
            <w:r>
              <w:rPr>
                <w:rFonts w:ascii="Arial" w:hAnsi="Arial" w:cs="Arial"/>
                <w:sz w:val="22"/>
                <w:rtl/>
                <w:szCs w:val="22"/>
              </w:rPr>
              <w:t>פנס</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מנורה קטנה שאפשר להחזיק ביד</w:t>
            </w:r>
          </w:p>
        </w:tc>
      </w:tr>
      <w:tr>
        <w:tc>
          <w:tcPr>
            <w:tcW w:type="dxa" w:w="3475"/>
          </w:tcPr>
          <w:p>
            <w:pPr>
              <w:bidi/>
              <w:jc w:val="right"/>
            </w:pPr>
            <w:r>
              <w:rPr>
                <w:rFonts w:ascii="Arial" w:hAnsi="Arial" w:cs="Arial"/>
                <w:sz w:val="22"/>
                <w:rtl/>
                <w:szCs w:val="22"/>
              </w:rPr>
              <w:t>דומם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שקט לגמרי, בלי תנועה</w:t>
            </w:r>
          </w:p>
        </w:tc>
      </w:tr>
      <w:tr>
        <w:tc>
          <w:tcPr>
            <w:tcW w:type="dxa" w:w="3475"/>
          </w:tcPr>
          <w:p>
            <w:pPr>
              <w:bidi/>
              <w:jc w:val="right"/>
            </w:pPr>
            <w:r>
              <w:rPr>
                <w:rFonts w:ascii="Arial" w:hAnsi="Arial" w:cs="Arial"/>
                <w:sz w:val="22"/>
                <w:rtl/>
                <w:szCs w:val="22"/>
              </w:rPr>
              <w:t>לצעוד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ללכת</w:t>
            </w:r>
          </w:p>
        </w:tc>
      </w:tr>
      <w:tr>
        <w:tc>
          <w:tcPr>
            <w:tcW w:type="dxa" w:w="3475"/>
          </w:tcPr>
          <w:p>
            <w:pPr>
              <w:bidi/>
              <w:jc w:val="right"/>
            </w:pPr>
            <w:r>
              <w:rPr>
                <w:rFonts w:ascii="Arial" w:hAnsi="Arial" w:cs="Arial"/>
                <w:sz w:val="22"/>
                <w:rtl/>
                <w:szCs w:val="22"/>
              </w:rPr>
              <w:t>זיכרון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משהו שקרה ואנחנו זוכרים</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כתבו על "הפנס" שלכם: זיכרון, אדם או דבר קטן שמאיר לכם כשקשה. תארו אותו בעזרת שלושה חושים.</w:t>
      </w:r>
    </w:p>
    <w:p>
      <w:r>
        <w:br w:type="page"/>
      </w:r>
    </w:p>
    <w:p>
      <w:pPr>
        <w:bidi/>
        <w:pStyle w:val="Heading1"/>
        <w:jc w:val="right"/>
      </w:pPr>
      <w:r>
        <w:rPr>
          <w:rFonts w:ascii="Arial" w:hAnsi="Arial" w:cs="Arial"/>
          <w:b/>
          <w:color w:val="1864AB"/>
          <w:sz w:val="40"/>
          <w:rtl/>
          <w:szCs w:val="40"/>
          <w:bCs/>
        </w:rPr>
        <w:t>🧭 מסע בלי מזוודה</w:t>
      </w:r>
    </w:p>
    <w:p>
      <w:pPr>
        <w:bidi/>
        <w:jc w:val="right"/>
      </w:pPr>
      <w:r>
        <w:rPr>
          <w:rFonts w:ascii="Arial" w:hAnsi="Arial" w:cs="Arial"/>
          <w:color w:val="555577"/>
          <w:sz w:val="24"/>
          <w:rtl/>
          <w:szCs w:val="24"/>
        </w:rPr>
        <w:t>סוגה: מאמר הגות · נושא: מסע אל עצמי</w:t>
      </w:r>
    </w:p>
    <w:p>
      <w:pPr>
        <w:bidi/>
        <w:pStyle w:val="Heading3"/>
        <w:jc w:val="right"/>
      </w:pPr>
      <w:r>
        <w:rPr>
          <w:rFonts w:ascii="Arial" w:hAnsi="Arial" w:cs="Arial"/>
          <w:b/>
          <w:color w:val="333366"/>
          <w:sz w:val="26"/>
          <w:rtl/>
          <w:szCs w:val="26"/>
          <w:bCs/>
        </w:rPr>
        <w:t>📖 מסע בלי מזוודה</w:t>
      </w:r>
    </w:p>
    <w:p>
      <w:pPr>
        <w:bidi/>
        <w:jc w:val="right"/>
      </w:pPr>
      <w:r>
        <w:rPr>
          <w:rFonts w:ascii="Arial" w:hAnsi="Arial" w:cs="Arial"/>
          <w:sz w:val="24"/>
          <w:rtl/>
          <w:szCs w:val="24"/>
        </w:rPr>
        <w:t>כשאומרים "מסע", רובנו מדמיינים מזוודה, כרטיס טיסה ומפה של ארץ רחוקה. אבל יש מסע שלא צריך בשבילו לצאת מהבית, לא צריך דרכון ואפילו לא נעליים. זה המסע אל עצמנו.</w:t>
      </w:r>
    </w:p>
    <w:p>
      <w:pPr>
        <w:bidi/>
        <w:jc w:val="right"/>
      </w:pPr>
      <w:r>
        <w:rPr>
          <w:rFonts w:ascii="Arial" w:hAnsi="Arial" w:cs="Arial"/>
          <w:sz w:val="24"/>
          <w:rtl/>
          <w:szCs w:val="24"/>
        </w:rPr>
        <w:t>במסע כזה המפה אינה מצוירת על נייר. התחנות הן שאלות: מה אני באמת אוהב או אוהבת? מה מפחיד אותי? מתי הרגשתי גאווה? מה הייתי רוצה לשנות? כל שאלה כזאת היא שביל, ולא תמיד ברור לאן הוא יוביל.</w:t>
      </w:r>
    </w:p>
    <w:p>
      <w:pPr>
        <w:bidi/>
        <w:jc w:val="right"/>
      </w:pPr>
      <w:r>
        <w:rPr>
          <w:rFonts w:ascii="Arial" w:hAnsi="Arial" w:cs="Arial"/>
          <w:sz w:val="24"/>
          <w:rtl/>
          <w:szCs w:val="24"/>
        </w:rPr>
        <w:t>כמו בכל מסע, גם כאן יש עליות וירידות. לפעמים מגלים דברים מפתיעים ומשמחים – כישרון שלא ידענו עליו, או כוח שהתגלה דווקא ברגע קשה. לפעמים פוגשים דברים שקשה להסתכל עליהם, כמו טעות שעשינו או רגש שאנחנו מעדיפים להסתיר. גם הם חלק מהדרך.</w:t>
      </w:r>
    </w:p>
    <w:p>
      <w:pPr>
        <w:bidi/>
        <w:jc w:val="right"/>
      </w:pPr>
      <w:r>
        <w:rPr>
          <w:rFonts w:ascii="Arial" w:hAnsi="Arial" w:cs="Arial"/>
          <w:sz w:val="24"/>
          <w:rtl/>
          <w:szCs w:val="24"/>
        </w:rPr>
        <w:t>למסע הזה אין קו סיום. אנחנו משתנים כל הזמן, ולכן תמיד יש מה לגלות. אבל יש לו ציוד חשוב: סקרנות, סבלנות וקצת אומץ. גם מחברת או רגע של שקט יכולים לעזור.</w:t>
      </w:r>
    </w:p>
    <w:p>
      <w:pPr>
        <w:bidi/>
        <w:jc w:val="right"/>
      </w:pPr>
      <w:r>
        <w:rPr>
          <w:rFonts w:ascii="Arial" w:hAnsi="Arial" w:cs="Arial"/>
          <w:sz w:val="24"/>
          <w:rtl/>
          <w:szCs w:val="24"/>
        </w:rPr>
        <w:t>החורף, עם ערביו הארוכים, הוא זמן טוב לצאת לדרך. אין צורך לארוז. רק לעצור, לנשום, ולשאול את השאלה הראשונה.</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מזוודה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תיק גדול לבגדים בנסיעה</w:t>
            </w:r>
          </w:p>
        </w:tc>
      </w:tr>
      <w:tr>
        <w:tc>
          <w:tcPr>
            <w:tcW w:type="dxa" w:w="3475"/>
          </w:tcPr>
          <w:p>
            <w:pPr>
              <w:bidi/>
              <w:jc w:val="right"/>
            </w:pPr>
            <w:r>
              <w:rPr>
                <w:rFonts w:ascii="Arial" w:hAnsi="Arial" w:cs="Arial"/>
                <w:sz w:val="22"/>
                <w:rtl/>
                <w:szCs w:val="22"/>
              </w:rPr>
              <w:t>דרכון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מסמך שצריך כדי לטוס לארץ אחרת</w:t>
            </w:r>
          </w:p>
        </w:tc>
      </w:tr>
      <w:tr>
        <w:tc>
          <w:tcPr>
            <w:tcW w:type="dxa" w:w="3475"/>
          </w:tcPr>
          <w:p>
            <w:pPr>
              <w:bidi/>
              <w:jc w:val="right"/>
            </w:pPr>
            <w:r>
              <w:rPr>
                <w:rFonts w:ascii="Arial" w:hAnsi="Arial" w:cs="Arial"/>
                <w:sz w:val="22"/>
                <w:rtl/>
                <w:szCs w:val="22"/>
              </w:rPr>
              <w:t>תחנות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מקומות עצירה בדרך</w:t>
            </w:r>
          </w:p>
        </w:tc>
      </w:tr>
      <w:tr>
        <w:tc>
          <w:tcPr>
            <w:tcW w:type="dxa" w:w="3475"/>
          </w:tcPr>
          <w:p>
            <w:pPr>
              <w:bidi/>
              <w:jc w:val="right"/>
            </w:pPr>
            <w:r>
              <w:rPr>
                <w:rFonts w:ascii="Arial" w:hAnsi="Arial" w:cs="Arial"/>
                <w:sz w:val="22"/>
                <w:rtl/>
                <w:szCs w:val="22"/>
              </w:rPr>
              <w:t>כישרון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משהו שאני טוב או טובה בו</w:t>
            </w:r>
          </w:p>
        </w:tc>
      </w:tr>
      <w:tr>
        <w:tc>
          <w:tcPr>
            <w:tcW w:type="dxa" w:w="3475"/>
          </w:tcPr>
          <w:p>
            <w:pPr>
              <w:bidi/>
              <w:jc w:val="right"/>
            </w:pPr>
            <w:r>
              <w:rPr>
                <w:rFonts w:ascii="Arial" w:hAnsi="Arial" w:cs="Arial"/>
                <w:sz w:val="22"/>
                <w:rtl/>
                <w:szCs w:val="22"/>
              </w:rPr>
              <w:t>סקרנות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רצון לדעת ולגלות</w:t>
            </w:r>
          </w:p>
        </w:tc>
      </w:tr>
      <w:tr>
        <w:tc>
          <w:tcPr>
            <w:tcW w:type="dxa" w:w="3475"/>
          </w:tcPr>
          <w:p>
            <w:pPr>
              <w:bidi/>
              <w:jc w:val="right"/>
            </w:pPr>
            <w:r>
              <w:rPr>
                <w:rFonts w:ascii="Arial" w:hAnsi="Arial" w:cs="Arial"/>
                <w:sz w:val="22"/>
                <w:rtl/>
                <w:szCs w:val="22"/>
              </w:rPr>
              <w:t>אומץ</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לעשות משהו גם כשמפחד</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המסע שלי פנימה: בחרו "תחנה" (שאלה אחת מהקטע) וכתבו עליה – מה גיליתם כשעצרתם בה?</w:t>
      </w:r>
    </w:p>
    <w:p>
      <w:r>
        <w:br w:type="page"/>
      </w:r>
    </w:p>
    <w:p>
      <w:pPr>
        <w:bidi/>
        <w:pStyle w:val="Heading1"/>
        <w:jc w:val="right"/>
      </w:pPr>
      <w:r>
        <w:rPr>
          <w:rFonts w:ascii="Arial" w:hAnsi="Arial" w:cs="Arial"/>
          <w:b/>
          <w:color w:val="1864AB"/>
          <w:sz w:val="40"/>
          <w:rtl/>
          <w:szCs w:val="40"/>
          <w:bCs/>
        </w:rPr>
        <w:t>🗣️ שני קולות</w:t>
      </w:r>
    </w:p>
    <w:p>
      <w:pPr>
        <w:bidi/>
        <w:jc w:val="right"/>
      </w:pPr>
      <w:r>
        <w:rPr>
          <w:rFonts w:ascii="Arial" w:hAnsi="Arial" w:cs="Arial"/>
          <w:color w:val="555577"/>
          <w:sz w:val="24"/>
          <w:rtl/>
          <w:szCs w:val="24"/>
        </w:rPr>
        <w:t>סוגה: מאמר הגות · נושא: קולות פנימיים</w:t>
      </w:r>
    </w:p>
    <w:p>
      <w:pPr>
        <w:bidi/>
        <w:pStyle w:val="Heading3"/>
        <w:jc w:val="right"/>
      </w:pPr>
      <w:r>
        <w:rPr>
          <w:rFonts w:ascii="Arial" w:hAnsi="Arial" w:cs="Arial"/>
          <w:b/>
          <w:color w:val="333366"/>
          <w:sz w:val="26"/>
          <w:rtl/>
          <w:szCs w:val="26"/>
          <w:bCs/>
        </w:rPr>
        <w:t>📖 שני קולות</w:t>
      </w:r>
    </w:p>
    <w:p>
      <w:pPr>
        <w:bidi/>
        <w:jc w:val="right"/>
      </w:pPr>
      <w:r>
        <w:rPr>
          <w:rFonts w:ascii="Arial" w:hAnsi="Arial" w:cs="Arial"/>
          <w:sz w:val="24"/>
          <w:rtl/>
          <w:szCs w:val="24"/>
        </w:rPr>
        <w:t>בתוך הראש של כל אחד ואחת מאיתנו מתנהלת שיחה שאיש אינו שומע. לפעמים נדמה שיש שם שני קולות.</w:t>
      </w:r>
    </w:p>
    <w:p>
      <w:pPr>
        <w:bidi/>
        <w:jc w:val="right"/>
      </w:pPr>
      <w:r>
        <w:rPr>
          <w:rFonts w:ascii="Arial" w:hAnsi="Arial" w:cs="Arial"/>
          <w:sz w:val="24"/>
          <w:rtl/>
          <w:szCs w:val="24"/>
        </w:rPr>
        <w:t>הקול הראשון ממהר לשפוט. "לא הצלחת," הוא אומר אחרי מבחן. "כולם צחקו עליך," הוא לוחש אחרי שמעדנו במסדרון. הוא חזק, רועש ובטוח בעצמו, והוא נוטה להגזים. כשהוא מדבר, טעות קטנה נראית כמו הר.</w:t>
      </w:r>
    </w:p>
    <w:p>
      <w:pPr>
        <w:bidi/>
        <w:jc w:val="right"/>
      </w:pPr>
      <w:r>
        <w:rPr>
          <w:rFonts w:ascii="Arial" w:hAnsi="Arial" w:cs="Arial"/>
          <w:sz w:val="24"/>
          <w:rtl/>
          <w:szCs w:val="24"/>
        </w:rPr>
        <w:t>הקול השני שקט יותר. צריך להתאמץ כדי לשמוע אותו, כמו ציוץ של ציפור בתוך רעש של רחוב. הוא אומר דברים כמו: "זה היה קשה, ועדיין ניסית," או "מחר אפשר לנסות שוב." הוא לא משקר ולא מעמיד פנים שהכול מושלם, אבל הוא מדבר אלינו כמו חבר טוב.</w:t>
      </w:r>
    </w:p>
    <w:p>
      <w:pPr>
        <w:bidi/>
        <w:jc w:val="right"/>
      </w:pPr>
      <w:r>
        <w:rPr>
          <w:rFonts w:ascii="Arial" w:hAnsi="Arial" w:cs="Arial"/>
          <w:sz w:val="24"/>
          <w:rtl/>
          <w:szCs w:val="24"/>
        </w:rPr>
        <w:t>מעניין ששני הקולות שייכים לנו. אי אפשר להשתיק לגמרי את הקול הראשון, ולפעמים יש בו גם משהו שימושי – הוא מזכיר לנו להשתדל. אבל אנחנו יכולים לבחור למי להקשיב יותר.</w:t>
      </w:r>
    </w:p>
    <w:p>
      <w:pPr>
        <w:bidi/>
        <w:jc w:val="right"/>
      </w:pPr>
      <w:r>
        <w:rPr>
          <w:rFonts w:ascii="Arial" w:hAnsi="Arial" w:cs="Arial"/>
          <w:sz w:val="24"/>
          <w:rtl/>
          <w:szCs w:val="24"/>
        </w:rPr>
        <w:t>תרגיל קטן: בפעם הבאה שהקול הביקורתי מדבר, שאלו את עצמכם: "מה הייתי אומר או אומרת לחבר או לחברה שעברו את אותו הדבר?" את התשובה הזאת – אמרו גם לעצמכם.</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לשפוט</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להחליט אם משהו טוב או רע</w:t>
            </w:r>
          </w:p>
        </w:tc>
      </w:tr>
      <w:tr>
        <w:tc>
          <w:tcPr>
            <w:tcW w:type="dxa" w:w="3475"/>
          </w:tcPr>
          <w:p>
            <w:pPr>
              <w:bidi/>
              <w:jc w:val="right"/>
            </w:pPr>
            <w:r>
              <w:rPr>
                <w:rFonts w:ascii="Arial" w:hAnsi="Arial" w:cs="Arial"/>
                <w:sz w:val="22"/>
                <w:rtl/>
                <w:szCs w:val="22"/>
              </w:rPr>
              <w:t>מעדנו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כמעט נפלנו</w:t>
            </w:r>
          </w:p>
        </w:tc>
      </w:tr>
      <w:tr>
        <w:tc>
          <w:tcPr>
            <w:tcW w:type="dxa" w:w="3475"/>
          </w:tcPr>
          <w:p>
            <w:pPr>
              <w:bidi/>
              <w:jc w:val="right"/>
            </w:pPr>
            <w:r>
              <w:rPr>
                <w:rFonts w:ascii="Arial" w:hAnsi="Arial" w:cs="Arial"/>
                <w:sz w:val="22"/>
                <w:rtl/>
                <w:szCs w:val="22"/>
              </w:rPr>
              <w:t>להגזים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לתאר משהו גדול יותר ממה שהוא</w:t>
            </w:r>
          </w:p>
        </w:tc>
      </w:tr>
      <w:tr>
        <w:tc>
          <w:tcPr>
            <w:tcW w:type="dxa" w:w="3475"/>
          </w:tcPr>
          <w:p>
            <w:pPr>
              <w:bidi/>
              <w:jc w:val="right"/>
            </w:pPr>
            <w:r>
              <w:rPr>
                <w:rFonts w:ascii="Arial" w:hAnsi="Arial" w:cs="Arial"/>
                <w:sz w:val="22"/>
                <w:rtl/>
                <w:szCs w:val="22"/>
              </w:rPr>
              <w:t>ציוץ</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הקול של ציפור קטנה</w:t>
            </w:r>
          </w:p>
        </w:tc>
      </w:tr>
      <w:tr>
        <w:tc>
          <w:tcPr>
            <w:tcW w:type="dxa" w:w="3475"/>
          </w:tcPr>
          <w:p>
            <w:pPr>
              <w:bidi/>
              <w:jc w:val="right"/>
            </w:pPr>
            <w:r>
              <w:rPr>
                <w:rFonts w:ascii="Arial" w:hAnsi="Arial" w:cs="Arial"/>
                <w:sz w:val="22"/>
                <w:rtl/>
                <w:szCs w:val="22"/>
              </w:rPr>
              <w:t>מעמיד פנים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מתנהג כאילו משהו נכון, כשזה לא כך</w:t>
            </w:r>
          </w:p>
        </w:tc>
      </w:tr>
      <w:tr>
        <w:tc>
          <w:tcPr>
            <w:tcW w:type="dxa" w:w="3475"/>
          </w:tcPr>
          <w:p>
            <w:pPr>
              <w:bidi/>
              <w:jc w:val="right"/>
            </w:pPr>
            <w:r>
              <w:rPr>
                <w:rFonts w:ascii="Arial" w:hAnsi="Arial" w:cs="Arial"/>
                <w:sz w:val="22"/>
                <w:rtl/>
                <w:szCs w:val="22"/>
              </w:rPr>
              <w:t>ביקורתי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שמחפש טעויות</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כתבו דיאלוג קצר בין שני הקולות שלכם על משהו שקרה לכם (אמיתי או דמיוני). מי מנצח בסוף?</w:t>
      </w:r>
    </w:p>
    <w:p>
      <w:r>
        <w:br w:type="page"/>
      </w:r>
    </w:p>
    <w:p>
      <w:pPr>
        <w:bidi/>
        <w:pStyle w:val="Heading1"/>
        <w:jc w:val="right"/>
      </w:pPr>
      <w:r>
        <w:rPr>
          <w:rFonts w:ascii="Arial" w:hAnsi="Arial" w:cs="Arial"/>
          <w:b/>
          <w:color w:val="1864AB"/>
          <w:sz w:val="40"/>
          <w:rtl/>
          <w:szCs w:val="40"/>
          <w:bCs/>
        </w:rPr>
        <w:t>📔 יומן של יום גשום</w:t>
      </w:r>
    </w:p>
    <w:p>
      <w:pPr>
        <w:bidi/>
        <w:jc w:val="right"/>
      </w:pPr>
      <w:r>
        <w:rPr>
          <w:rFonts w:ascii="Arial" w:hAnsi="Arial" w:cs="Arial"/>
          <w:color w:val="555577"/>
          <w:sz w:val="24"/>
          <w:rtl/>
          <w:szCs w:val="24"/>
        </w:rPr>
        <w:t>סוגה: יומן · נושא: תשומת לב לרגעים קטנים</w:t>
      </w:r>
    </w:p>
    <w:p>
      <w:pPr>
        <w:bidi/>
        <w:pStyle w:val="Heading3"/>
        <w:jc w:val="right"/>
      </w:pPr>
      <w:r>
        <w:rPr>
          <w:rFonts w:ascii="Arial" w:hAnsi="Arial" w:cs="Arial"/>
          <w:b/>
          <w:color w:val="333366"/>
          <w:sz w:val="26"/>
          <w:rtl/>
          <w:szCs w:val="26"/>
          <w:bCs/>
        </w:rPr>
        <w:t>📖 יומן של יום גשום</w:t>
      </w:r>
    </w:p>
    <w:p>
      <w:pPr>
        <w:bidi/>
        <w:jc w:val="right"/>
      </w:pPr>
      <w:r>
        <w:rPr>
          <w:rFonts w:ascii="Arial" w:hAnsi="Arial" w:cs="Arial"/>
          <w:sz w:val="24"/>
          <w:rtl/>
          <w:szCs w:val="24"/>
        </w:rPr>
        <w:t>יום ראשון, 7:10 בבוקר</w:t>
      </w:r>
    </w:p>
    <w:p>
      <w:pPr>
        <w:bidi/>
        <w:jc w:val="right"/>
      </w:pPr>
      <w:r>
        <w:rPr>
          <w:rFonts w:ascii="Arial" w:hAnsi="Arial" w:cs="Arial"/>
          <w:sz w:val="24"/>
          <w:rtl/>
          <w:szCs w:val="24"/>
        </w:rPr>
        <w:t>התעוררתי לקול גשם. במשך כמה דקות לא זזתי מהמיטה, רק הקשבתי. זה נשמע כמו מחיאות כפיים רכות על הגג. לא רציתי לקום.</w:t>
      </w:r>
    </w:p>
    <w:p>
      <w:pPr>
        <w:bidi/>
        <w:jc w:val="right"/>
      </w:pPr>
      <w:r>
        <w:rPr>
          <w:rFonts w:ascii="Arial" w:hAnsi="Arial" w:cs="Arial"/>
          <w:sz w:val="24"/>
          <w:rtl/>
          <w:szCs w:val="24"/>
        </w:rPr>
        <w:t>יום ראשון, 16:30</w:t>
      </w:r>
    </w:p>
    <w:p>
      <w:pPr>
        <w:bidi/>
        <w:jc w:val="right"/>
      </w:pPr>
      <w:r>
        <w:rPr>
          <w:rFonts w:ascii="Arial" w:hAnsi="Arial" w:cs="Arial"/>
          <w:sz w:val="24"/>
          <w:rtl/>
          <w:szCs w:val="24"/>
        </w:rPr>
        <w:t>היום בבית הספר היה עמוס. במבחן במתמטיקה נתקעתי בשאלה השלישית, והלב שלי דפק חזק. ניסיתי לנשום לאט, כמו שלמדנו, וזה עזר קצת. עוד לא ברור לי אם הצלחתי. בהפסקה ישבתי עם תמר מתחת לגגון, ולא דיברנו הרבה. היה נעים לשתוק ביחד.</w:t>
      </w:r>
    </w:p>
    <w:p>
      <w:pPr>
        <w:bidi/>
        <w:jc w:val="right"/>
      </w:pPr>
      <w:r>
        <w:rPr>
          <w:rFonts w:ascii="Arial" w:hAnsi="Arial" w:cs="Arial"/>
          <w:sz w:val="24"/>
          <w:rtl/>
          <w:szCs w:val="24"/>
        </w:rPr>
        <w:t>יום ראשון, 21:45</w:t>
      </w:r>
    </w:p>
    <w:p>
      <w:pPr>
        <w:bidi/>
        <w:jc w:val="right"/>
      </w:pPr>
      <w:r>
        <w:rPr>
          <w:rFonts w:ascii="Arial" w:hAnsi="Arial" w:cs="Arial"/>
          <w:sz w:val="24"/>
          <w:rtl/>
          <w:szCs w:val="24"/>
        </w:rPr>
        <w:t>עכשיו כבר חושך בחוץ. שתיתי שוקו חם וחשבתי על היום. כתבתי שלושה דברים טובים שקרו לי: הגשם בבוקר, השתיקה עם תמר, והנשימה שעזרה לי במבחן. מוזר – בבוקר נראה לי שזה יהיה יום רע, ובסוף הוא היה בסדר גמור.</w:t>
      </w:r>
    </w:p>
    <w:p>
      <w:pPr>
        <w:bidi/>
        <w:jc w:val="right"/>
      </w:pPr>
      <w:r>
        <w:rPr>
          <w:rFonts w:ascii="Arial" w:hAnsi="Arial" w:cs="Arial"/>
          <w:sz w:val="24"/>
          <w:rtl/>
          <w:szCs w:val="24"/>
        </w:rPr>
        <w:t>אולי ככה זה עם ימים גשומים: מבחוץ הם נראים אפורים, אבל אם מסתכלים מקרוב, יש בהם צבעים קטנים. מחר אמשיך לחפש אותם.</w:t>
      </w:r>
    </w:p>
    <w:p>
      <w:pPr>
        <w:bidi/>
        <w:jc w:val="right"/>
      </w:pPr>
      <w:r>
        <w:rPr>
          <w:rFonts w:ascii="Arial" w:hAnsi="Arial" w:cs="Arial"/>
          <w:sz w:val="24"/>
          <w:rtl/>
          <w:szCs w:val="24"/>
        </w:rPr>
        <w:t>לילה טוב, יומן.</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מחיאות כפיים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כשמכים כף ביד כדי להראות שמחה</w:t>
            </w:r>
          </w:p>
        </w:tc>
      </w:tr>
      <w:tr>
        <w:tc>
          <w:tcPr>
            <w:tcW w:type="dxa" w:w="3475"/>
          </w:tcPr>
          <w:p>
            <w:pPr>
              <w:bidi/>
              <w:jc w:val="right"/>
            </w:pPr>
            <w:r>
              <w:rPr>
                <w:rFonts w:ascii="Arial" w:hAnsi="Arial" w:cs="Arial"/>
                <w:sz w:val="22"/>
                <w:rtl/>
                <w:szCs w:val="22"/>
              </w:rPr>
              <w:t>עמוס</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מלא בדברים לעשות</w:t>
            </w:r>
          </w:p>
        </w:tc>
      </w:tr>
      <w:tr>
        <w:tc>
          <w:tcPr>
            <w:tcW w:type="dxa" w:w="3475"/>
          </w:tcPr>
          <w:p>
            <w:pPr>
              <w:bidi/>
              <w:jc w:val="right"/>
            </w:pPr>
            <w:r>
              <w:rPr>
                <w:rFonts w:ascii="Arial" w:hAnsi="Arial" w:cs="Arial"/>
                <w:sz w:val="22"/>
                <w:rtl/>
                <w:szCs w:val="22"/>
              </w:rPr>
              <w:t>נתקעתי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לא הצלחתי להמשיך</w:t>
            </w:r>
          </w:p>
        </w:tc>
      </w:tr>
      <w:tr>
        <w:tc>
          <w:tcPr>
            <w:tcW w:type="dxa" w:w="3475"/>
          </w:tcPr>
          <w:p>
            <w:pPr>
              <w:bidi/>
              <w:jc w:val="right"/>
            </w:pPr>
            <w:r>
              <w:rPr>
                <w:rFonts w:ascii="Arial" w:hAnsi="Arial" w:cs="Arial"/>
                <w:sz w:val="22"/>
                <w:rtl/>
                <w:szCs w:val="22"/>
              </w:rPr>
              <w:t>גגון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גג קטן שמגן מגשם או שמש</w:t>
            </w:r>
          </w:p>
        </w:tc>
      </w:tr>
      <w:tr>
        <w:tc>
          <w:tcPr>
            <w:tcW w:type="dxa" w:w="3475"/>
          </w:tcPr>
          <w:p>
            <w:pPr>
              <w:bidi/>
              <w:jc w:val="right"/>
            </w:pPr>
            <w:r>
              <w:rPr>
                <w:rFonts w:ascii="Arial" w:hAnsi="Arial" w:cs="Arial"/>
                <w:sz w:val="22"/>
                <w:rtl/>
                <w:szCs w:val="22"/>
              </w:rPr>
              <w:t>לשתוק</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לא לדבר</w:t>
            </w:r>
          </w:p>
        </w:tc>
      </w:tr>
      <w:tr>
        <w:tc>
          <w:tcPr>
            <w:tcW w:type="dxa" w:w="3475"/>
          </w:tcPr>
          <w:p>
            <w:pPr>
              <w:bidi/>
              <w:jc w:val="right"/>
            </w:pPr>
            <w:r>
              <w:rPr>
                <w:rFonts w:ascii="Arial" w:hAnsi="Arial" w:cs="Arial"/>
                <w:sz w:val="22"/>
                <w:rtl/>
                <w:szCs w:val="22"/>
              </w:rPr>
              <w:t>אפורים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בצבע אפור; כאן: משעממים, עצובים</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כתבו רשומת יומן של יום חורף אחד שלכם (אמיתי או דמיוני) – בוקר, צהריים וערב – וסיימו בשלושה "צבעים קטנים".</w:t>
      </w:r>
    </w:p>
    <w:p>
      <w:r>
        <w:br w:type="page"/>
      </w:r>
    </w:p>
    <w:p>
      <w:pPr>
        <w:bidi/>
        <w:pStyle w:val="Heading1"/>
        <w:jc w:val="right"/>
      </w:pPr>
      <w:r>
        <w:rPr>
          <w:rFonts w:ascii="Arial" w:hAnsi="Arial" w:cs="Arial"/>
          <w:b/>
          <w:color w:val="1864AB"/>
          <w:sz w:val="40"/>
          <w:rtl/>
          <w:szCs w:val="40"/>
          <w:bCs/>
        </w:rPr>
        <w:t>🐻 הדובון שלא רצה לישון</w:t>
      </w:r>
    </w:p>
    <w:p>
      <w:pPr>
        <w:bidi/>
        <w:jc w:val="right"/>
      </w:pPr>
      <w:r>
        <w:rPr>
          <w:rFonts w:ascii="Arial" w:hAnsi="Arial" w:cs="Arial"/>
          <w:color w:val="555577"/>
          <w:sz w:val="24"/>
          <w:rtl/>
          <w:szCs w:val="24"/>
        </w:rPr>
        <w:t>סוגה: משל · נושא: מנוחה וכוח</w:t>
      </w:r>
    </w:p>
    <w:p>
      <w:pPr>
        <w:bidi/>
        <w:pStyle w:val="Heading3"/>
        <w:jc w:val="right"/>
      </w:pPr>
      <w:r>
        <w:rPr>
          <w:rFonts w:ascii="Arial" w:hAnsi="Arial" w:cs="Arial"/>
          <w:b/>
          <w:color w:val="333366"/>
          <w:sz w:val="26"/>
          <w:rtl/>
          <w:szCs w:val="26"/>
          <w:bCs/>
        </w:rPr>
        <w:t>📖 הדובון שלא רצה לישון</w:t>
      </w:r>
    </w:p>
    <w:p>
      <w:pPr>
        <w:bidi/>
        <w:jc w:val="right"/>
      </w:pPr>
      <w:r>
        <w:rPr>
          <w:rFonts w:ascii="Arial" w:hAnsi="Arial" w:cs="Arial"/>
          <w:sz w:val="24"/>
          <w:rtl/>
          <w:szCs w:val="24"/>
        </w:rPr>
        <w:t>בקצה היער, כשהעלים האחרונים נשרו, התכוננו כל החיות לחורף. הסנאי אסף אגוזים, הציפורים עפו דרומה, והדובה הזקנה הכינה מאורה עמוקה וחמימה.</w:t>
      </w:r>
    </w:p>
    <w:p>
      <w:pPr>
        <w:bidi/>
        <w:jc w:val="right"/>
      </w:pPr>
      <w:r>
        <w:rPr>
          <w:rFonts w:ascii="Arial" w:hAnsi="Arial" w:cs="Arial"/>
          <w:sz w:val="24"/>
          <w:rtl/>
          <w:szCs w:val="24"/>
        </w:rPr>
        <w:t>רק דובון אחד, צעיר וסקרן, סירב. "לישון כל החורף? איזה בזבוז!" אמר. "אני רוצה לראות הכול, לעשות הכול. מי יודע מה אפספס?"</w:t>
      </w:r>
    </w:p>
    <w:p>
      <w:pPr>
        <w:bidi/>
        <w:jc w:val="right"/>
      </w:pPr>
      <w:r>
        <w:rPr>
          <w:rFonts w:ascii="Arial" w:hAnsi="Arial" w:cs="Arial"/>
          <w:sz w:val="24"/>
          <w:rtl/>
          <w:szCs w:val="24"/>
        </w:rPr>
        <w:t>וכך, כשכל הדובים נרדמו, הוא נשאר ער. בימים הראשונים זה היה מרגש: השלג הראשון, הכוכבים הבהירים, השקט הגדול. אבל עם הזמן המזון הלך ואזל, הקור חדר לפרווה, והדובון הרגיש עייף כל כך, שאפילו הסקרנות שלו נרדמה.</w:t>
      </w:r>
    </w:p>
    <w:p>
      <w:pPr>
        <w:bidi/>
        <w:jc w:val="right"/>
      </w:pPr>
      <w:r>
        <w:rPr>
          <w:rFonts w:ascii="Arial" w:hAnsi="Arial" w:cs="Arial"/>
          <w:sz w:val="24"/>
          <w:rtl/>
          <w:szCs w:val="24"/>
        </w:rPr>
        <w:t>יום אחד פגש את הינשוף. "למה אתה עצוב?" שאל הינשוף.</w:t>
      </w:r>
    </w:p>
    <w:p>
      <w:pPr>
        <w:bidi/>
        <w:jc w:val="right"/>
      </w:pPr>
      <w:r>
        <w:rPr>
          <w:rFonts w:ascii="Arial" w:hAnsi="Arial" w:cs="Arial"/>
          <w:sz w:val="24"/>
          <w:rtl/>
          <w:szCs w:val="24"/>
        </w:rPr>
        <w:t>"אני מותש," אמר הדובון. "רציתי לא לפספס כלום, ובסוף אין לי כוח ליהנות משום דבר."</w:t>
      </w:r>
    </w:p>
    <w:p>
      <w:pPr>
        <w:bidi/>
        <w:jc w:val="right"/>
      </w:pPr>
      <w:r>
        <w:rPr>
          <w:rFonts w:ascii="Arial" w:hAnsi="Arial" w:cs="Arial"/>
          <w:sz w:val="24"/>
          <w:rtl/>
          <w:szCs w:val="24"/>
        </w:rPr>
        <w:t>הינשוף הניד בראשו. "מנוחה איננה בזבוז," אמר. "גם הלילה הוא חלק מהיממה, וגם החורף הוא חלק מהשנה. מי שנח – אוסף כוח לאביב."</w:t>
      </w:r>
    </w:p>
    <w:p>
      <w:pPr>
        <w:bidi/>
        <w:jc w:val="right"/>
      </w:pPr>
      <w:r>
        <w:rPr>
          <w:rFonts w:ascii="Arial" w:hAnsi="Arial" w:cs="Arial"/>
          <w:sz w:val="24"/>
          <w:rtl/>
          <w:szCs w:val="24"/>
        </w:rPr>
        <w:t>הדובון חזר למאורה, התכרבל ליד הדובה הזקנה ונרדם. כשהתעורר, היער היה ירוק, הנחלים זרמו, והוא הרגיש חזק כמו שלא הרגיש מעולם. עכשיו הוא היה מוכן לראות הכול.</w:t>
      </w:r>
    </w:p>
    <w:p>
      <w:pPr>
        <w:bidi/>
        <w:jc w:val="right"/>
      </w:pPr>
      <w:r>
        <w:rPr>
          <w:rFonts w:ascii="Arial" w:hAnsi="Arial" w:cs="Arial"/>
          <w:sz w:val="24"/>
          <w:rtl/>
          <w:szCs w:val="24"/>
        </w:rPr>
        <w:t>מוסר ההשכל: לפעמים הצעד הכי חכם קדימה הוא לעצור ולנוח.</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מאורה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בית של חיה, בתוך האדמה או במערה</w:t>
            </w:r>
          </w:p>
        </w:tc>
      </w:tr>
      <w:tr>
        <w:tc>
          <w:tcPr>
            <w:tcW w:type="dxa" w:w="3475"/>
          </w:tcPr>
          <w:p>
            <w:pPr>
              <w:bidi/>
              <w:jc w:val="right"/>
            </w:pPr>
            <w:r>
              <w:rPr>
                <w:rFonts w:ascii="Arial" w:hAnsi="Arial" w:cs="Arial"/>
                <w:sz w:val="22"/>
                <w:rtl/>
                <w:szCs w:val="22"/>
              </w:rPr>
              <w:t>סירב</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אמר "לא"</w:t>
            </w:r>
          </w:p>
        </w:tc>
      </w:tr>
      <w:tr>
        <w:tc>
          <w:tcPr>
            <w:tcW w:type="dxa" w:w="3475"/>
          </w:tcPr>
          <w:p>
            <w:pPr>
              <w:bidi/>
              <w:jc w:val="right"/>
            </w:pPr>
            <w:r>
              <w:rPr>
                <w:rFonts w:ascii="Arial" w:hAnsi="Arial" w:cs="Arial"/>
                <w:sz w:val="22"/>
                <w:rtl/>
                <w:szCs w:val="22"/>
              </w:rPr>
              <w:t>אזל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נגמר</w:t>
            </w:r>
          </w:p>
        </w:tc>
      </w:tr>
      <w:tr>
        <w:tc>
          <w:tcPr>
            <w:tcW w:type="dxa" w:w="3475"/>
          </w:tcPr>
          <w:p>
            <w:pPr>
              <w:bidi/>
              <w:jc w:val="right"/>
            </w:pPr>
            <w:r>
              <w:rPr>
                <w:rFonts w:ascii="Arial" w:hAnsi="Arial" w:cs="Arial"/>
                <w:sz w:val="22"/>
                <w:rtl/>
                <w:szCs w:val="22"/>
              </w:rPr>
              <w:t>מותש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עייף מאוד מאוד</w:t>
            </w:r>
          </w:p>
        </w:tc>
      </w:tr>
      <w:tr>
        <w:tc>
          <w:tcPr>
            <w:tcW w:type="dxa" w:w="3475"/>
          </w:tcPr>
          <w:p>
            <w:pPr>
              <w:bidi/>
              <w:jc w:val="right"/>
            </w:pPr>
            <w:r>
              <w:rPr>
                <w:rFonts w:ascii="Arial" w:hAnsi="Arial" w:cs="Arial"/>
                <w:sz w:val="22"/>
                <w:rtl/>
                <w:szCs w:val="22"/>
              </w:rPr>
              <w:t>הניד בראשו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הזיז את הראש למעלה ולמטה</w:t>
            </w:r>
          </w:p>
        </w:tc>
      </w:tr>
      <w:tr>
        <w:tc>
          <w:tcPr>
            <w:tcW w:type="dxa" w:w="3475"/>
          </w:tcPr>
          <w:p>
            <w:pPr>
              <w:bidi/>
              <w:jc w:val="right"/>
            </w:pPr>
            <w:r>
              <w:rPr>
                <w:rFonts w:ascii="Arial" w:hAnsi="Arial" w:cs="Arial"/>
                <w:sz w:val="22"/>
                <w:rtl/>
                <w:szCs w:val="22"/>
              </w:rPr>
              <w:t>התכרבל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התקפל והתכסה כדי שיהיה חם</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כתבו על פעם שבה התעקשתם "לא לפספס כלום" – ומה קרה. ומה הייתם אומרים היום לדובון?</w:t>
      </w:r>
    </w:p>
    <w:p>
      <w:r>
        <w:br w:type="page"/>
      </w:r>
    </w:p>
    <w:p>
      <w:pPr>
        <w:bidi/>
        <w:pStyle w:val="Heading1"/>
        <w:jc w:val="right"/>
      </w:pPr>
      <w:r>
        <w:rPr>
          <w:rFonts w:ascii="Arial" w:hAnsi="Arial" w:cs="Arial"/>
          <w:b/>
          <w:color w:val="1864AB"/>
          <w:sz w:val="40"/>
          <w:rtl/>
          <w:szCs w:val="40"/>
          <w:bCs/>
        </w:rPr>
        <w:t>🤫 שקט</w:t>
      </w:r>
    </w:p>
    <w:p>
      <w:pPr>
        <w:bidi/>
        <w:jc w:val="right"/>
      </w:pPr>
      <w:r>
        <w:rPr>
          <w:rFonts w:ascii="Arial" w:hAnsi="Arial" w:cs="Arial"/>
          <w:color w:val="555577"/>
          <w:sz w:val="24"/>
          <w:rtl/>
          <w:szCs w:val="24"/>
        </w:rPr>
        <w:t>סוגה: שיר · נושא: שקט פנימי</w:t>
      </w:r>
    </w:p>
    <w:p>
      <w:pPr>
        <w:bidi/>
        <w:pStyle w:val="Heading3"/>
        <w:jc w:val="right"/>
      </w:pPr>
      <w:r>
        <w:rPr>
          <w:rFonts w:ascii="Arial" w:hAnsi="Arial" w:cs="Arial"/>
          <w:b/>
          <w:color w:val="333366"/>
          <w:sz w:val="26"/>
          <w:rtl/>
          <w:szCs w:val="26"/>
          <w:bCs/>
        </w:rPr>
        <w:t>📖 שקט</w:t>
      </w:r>
    </w:p>
    <w:p>
      <w:pPr>
        <w:bidi/>
        <w:jc w:val="right"/>
      </w:pPr>
      <w:r>
        <w:rPr>
          <w:rFonts w:ascii="Arial" w:hAnsi="Arial" w:cs="Arial"/>
          <w:sz w:val="24"/>
          <w:rtl/>
          <w:szCs w:val="24"/>
        </w:rPr>
        <w:t>יש שקט שמפחיד,</w:t>
      </w:r>
    </w:p>
    <w:p>
      <w:pPr>
        <w:bidi/>
        <w:jc w:val="right"/>
      </w:pPr>
      <w:r>
        <w:rPr>
          <w:rFonts w:ascii="Arial" w:hAnsi="Arial" w:cs="Arial"/>
          <w:sz w:val="24"/>
          <w:rtl/>
          <w:szCs w:val="24"/>
        </w:rPr>
        <w:t>כמו מסדרון ריק בלילה.</w:t>
      </w:r>
    </w:p>
    <w:p>
      <w:pPr>
        <w:bidi/>
        <w:jc w:val="right"/>
      </w:pPr>
      <w:r>
        <w:rPr>
          <w:rFonts w:ascii="Arial" w:hAnsi="Arial" w:cs="Arial"/>
          <w:sz w:val="24"/>
          <w:rtl/>
          <w:szCs w:val="24"/>
        </w:rPr>
        <w:t>ויש שקט אחר,</w:t>
      </w:r>
    </w:p>
    <w:p>
      <w:pPr>
        <w:bidi/>
        <w:jc w:val="right"/>
      </w:pPr>
      <w:r>
        <w:rPr>
          <w:rFonts w:ascii="Arial" w:hAnsi="Arial" w:cs="Arial"/>
          <w:sz w:val="24"/>
          <w:rtl/>
          <w:szCs w:val="24"/>
        </w:rPr>
        <w:t>רך כמו צעיף צמר.</w:t>
      </w:r>
    </w:p>
    <w:p>
      <w:pPr>
        <w:bidi/>
        <w:jc w:val="right"/>
      </w:pPr>
    </w:p>
    <w:p>
      <w:pPr>
        <w:bidi/>
        <w:jc w:val="right"/>
      </w:pPr>
      <w:r>
        <w:rPr>
          <w:rFonts w:ascii="Arial" w:hAnsi="Arial" w:cs="Arial"/>
          <w:sz w:val="24"/>
          <w:rtl/>
          <w:szCs w:val="24"/>
        </w:rPr>
        <w:t>בשקט הזה אפשר לשמוע</w:t>
      </w:r>
    </w:p>
    <w:p>
      <w:pPr>
        <w:bidi/>
        <w:jc w:val="right"/>
      </w:pPr>
      <w:r>
        <w:rPr>
          <w:rFonts w:ascii="Arial" w:hAnsi="Arial" w:cs="Arial"/>
          <w:sz w:val="24"/>
          <w:rtl/>
          <w:szCs w:val="24"/>
        </w:rPr>
        <w:t>את הגשם מדבר עם הגג,</w:t>
      </w:r>
    </w:p>
    <w:p>
      <w:pPr>
        <w:bidi/>
        <w:jc w:val="right"/>
      </w:pPr>
      <w:r>
        <w:rPr>
          <w:rFonts w:ascii="Arial" w:hAnsi="Arial" w:cs="Arial"/>
          <w:sz w:val="24"/>
          <w:rtl/>
          <w:szCs w:val="24"/>
        </w:rPr>
        <w:t>את הלב פוסע לאט,</w:t>
      </w:r>
    </w:p>
    <w:p>
      <w:pPr>
        <w:bidi/>
        <w:jc w:val="right"/>
      </w:pPr>
      <w:r>
        <w:rPr>
          <w:rFonts w:ascii="Arial" w:hAnsi="Arial" w:cs="Arial"/>
          <w:sz w:val="24"/>
          <w:rtl/>
          <w:szCs w:val="24"/>
        </w:rPr>
        <w:t>את המחשבות מתיישבות</w:t>
      </w:r>
    </w:p>
    <w:p>
      <w:pPr>
        <w:bidi/>
        <w:jc w:val="right"/>
      </w:pPr>
      <w:r>
        <w:rPr>
          <w:rFonts w:ascii="Arial" w:hAnsi="Arial" w:cs="Arial"/>
          <w:sz w:val="24"/>
          <w:rtl/>
          <w:szCs w:val="24"/>
        </w:rPr>
        <w:t>כמו ציפורים על חוט.</w:t>
      </w:r>
    </w:p>
    <w:p>
      <w:pPr>
        <w:bidi/>
        <w:jc w:val="right"/>
      </w:pPr>
    </w:p>
    <w:p>
      <w:pPr>
        <w:bidi/>
        <w:jc w:val="right"/>
      </w:pPr>
      <w:r>
        <w:rPr>
          <w:rFonts w:ascii="Arial" w:hAnsi="Arial" w:cs="Arial"/>
          <w:sz w:val="24"/>
          <w:rtl/>
          <w:szCs w:val="24"/>
        </w:rPr>
        <w:t>בשקט הזה</w:t>
      </w:r>
    </w:p>
    <w:p>
      <w:pPr>
        <w:bidi/>
        <w:jc w:val="right"/>
      </w:pPr>
      <w:r>
        <w:rPr>
          <w:rFonts w:ascii="Arial" w:hAnsi="Arial" w:cs="Arial"/>
          <w:sz w:val="24"/>
          <w:rtl/>
          <w:szCs w:val="24"/>
        </w:rPr>
        <w:t>אין צורך לענות,</w:t>
      </w:r>
    </w:p>
    <w:p>
      <w:pPr>
        <w:bidi/>
        <w:jc w:val="right"/>
      </w:pPr>
      <w:r>
        <w:rPr>
          <w:rFonts w:ascii="Arial" w:hAnsi="Arial" w:cs="Arial"/>
          <w:sz w:val="24"/>
          <w:rtl/>
          <w:szCs w:val="24"/>
        </w:rPr>
        <w:t>אין צורך להספיק,</w:t>
      </w:r>
    </w:p>
    <w:p>
      <w:pPr>
        <w:bidi/>
        <w:jc w:val="right"/>
      </w:pPr>
      <w:r>
        <w:rPr>
          <w:rFonts w:ascii="Arial" w:hAnsi="Arial" w:cs="Arial"/>
          <w:sz w:val="24"/>
          <w:rtl/>
          <w:szCs w:val="24"/>
        </w:rPr>
        <w:t>אין צורך להיות</w:t>
      </w:r>
    </w:p>
    <w:p>
      <w:pPr>
        <w:bidi/>
        <w:jc w:val="right"/>
      </w:pPr>
      <w:r>
        <w:rPr>
          <w:rFonts w:ascii="Arial" w:hAnsi="Arial" w:cs="Arial"/>
          <w:sz w:val="24"/>
          <w:rtl/>
          <w:szCs w:val="24"/>
        </w:rPr>
        <w:t>מישהו אחר.</w:t>
      </w:r>
    </w:p>
    <w:p>
      <w:pPr>
        <w:bidi/>
        <w:jc w:val="right"/>
      </w:pPr>
    </w:p>
    <w:p>
      <w:pPr>
        <w:bidi/>
        <w:jc w:val="right"/>
      </w:pPr>
      <w:r>
        <w:rPr>
          <w:rFonts w:ascii="Arial" w:hAnsi="Arial" w:cs="Arial"/>
          <w:sz w:val="24"/>
          <w:rtl/>
          <w:szCs w:val="24"/>
        </w:rPr>
        <w:t>רק לשבת,</w:t>
      </w:r>
    </w:p>
    <w:p>
      <w:pPr>
        <w:bidi/>
        <w:jc w:val="right"/>
      </w:pPr>
      <w:r>
        <w:rPr>
          <w:rFonts w:ascii="Arial" w:hAnsi="Arial" w:cs="Arial"/>
          <w:sz w:val="24"/>
          <w:rtl/>
          <w:szCs w:val="24"/>
        </w:rPr>
        <w:t>לנשום פנימה – אחת, שתיים, שלוש,</w:t>
      </w:r>
    </w:p>
    <w:p>
      <w:pPr>
        <w:bidi/>
        <w:jc w:val="right"/>
      </w:pPr>
      <w:r>
        <w:rPr>
          <w:rFonts w:ascii="Arial" w:hAnsi="Arial" w:cs="Arial"/>
          <w:sz w:val="24"/>
          <w:rtl/>
          <w:szCs w:val="24"/>
        </w:rPr>
        <w:t>לנשום החוצה – ארבע, חמש, שש,</w:t>
      </w:r>
    </w:p>
    <w:p>
      <w:pPr>
        <w:bidi/>
        <w:jc w:val="right"/>
      </w:pPr>
      <w:r>
        <w:rPr>
          <w:rFonts w:ascii="Arial" w:hAnsi="Arial" w:cs="Arial"/>
          <w:sz w:val="24"/>
          <w:rtl/>
          <w:szCs w:val="24"/>
        </w:rPr>
        <w:t>ולתת לעולם</w:t>
      </w:r>
    </w:p>
    <w:p>
      <w:pPr>
        <w:bidi/>
        <w:jc w:val="right"/>
      </w:pPr>
      <w:r>
        <w:rPr>
          <w:rFonts w:ascii="Arial" w:hAnsi="Arial" w:cs="Arial"/>
          <w:sz w:val="24"/>
          <w:rtl/>
          <w:szCs w:val="24"/>
        </w:rPr>
        <w:t>לחכות רגע.</w:t>
      </w:r>
    </w:p>
    <w:p>
      <w:pPr>
        <w:bidi/>
        <w:jc w:val="right"/>
      </w:pPr>
    </w:p>
    <w:p>
      <w:pPr>
        <w:bidi/>
        <w:jc w:val="right"/>
      </w:pPr>
      <w:r>
        <w:rPr>
          <w:rFonts w:ascii="Arial" w:hAnsi="Arial" w:cs="Arial"/>
          <w:sz w:val="24"/>
          <w:rtl/>
          <w:szCs w:val="24"/>
        </w:rPr>
        <w:t>וכשחוזרים מן השקט</w:t>
      </w:r>
    </w:p>
    <w:p>
      <w:pPr>
        <w:bidi/>
        <w:jc w:val="right"/>
      </w:pPr>
      <w:r>
        <w:rPr>
          <w:rFonts w:ascii="Arial" w:hAnsi="Arial" w:cs="Arial"/>
          <w:sz w:val="24"/>
          <w:rtl/>
          <w:szCs w:val="24"/>
        </w:rPr>
        <w:t>אל הרעש של היום,</w:t>
      </w:r>
    </w:p>
    <w:p>
      <w:pPr>
        <w:bidi/>
        <w:jc w:val="right"/>
      </w:pPr>
      <w:r>
        <w:rPr>
          <w:rFonts w:ascii="Arial" w:hAnsi="Arial" w:cs="Arial"/>
          <w:sz w:val="24"/>
          <w:rtl/>
          <w:szCs w:val="24"/>
        </w:rPr>
        <w:t>משהו בנו מסודר יותר,</w:t>
      </w:r>
    </w:p>
    <w:p>
      <w:pPr>
        <w:bidi/>
        <w:jc w:val="right"/>
      </w:pPr>
      <w:r>
        <w:rPr>
          <w:rFonts w:ascii="Arial" w:hAnsi="Arial" w:cs="Arial"/>
          <w:sz w:val="24"/>
          <w:rtl/>
          <w:szCs w:val="24"/>
        </w:rPr>
        <w:t>כמו חדר</w:t>
      </w:r>
    </w:p>
    <w:p>
      <w:pPr>
        <w:bidi/>
        <w:jc w:val="right"/>
      </w:pPr>
      <w:r>
        <w:rPr>
          <w:rFonts w:ascii="Arial" w:hAnsi="Arial" w:cs="Arial"/>
          <w:sz w:val="24"/>
          <w:rtl/>
          <w:szCs w:val="24"/>
        </w:rPr>
        <w:t>אחרי שפתחו בו חלון.</w:t>
      </w:r>
    </w:p>
    <w:p>
      <w:pPr>
        <w:bidi/>
        <w:jc w:val="right"/>
      </w:pP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מסדרון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מעבר ארוך בבית או בבית ספר</w:t>
            </w:r>
          </w:p>
        </w:tc>
      </w:tr>
      <w:tr>
        <w:tc>
          <w:tcPr>
            <w:tcW w:type="dxa" w:w="3475"/>
          </w:tcPr>
          <w:p>
            <w:pPr>
              <w:bidi/>
              <w:jc w:val="right"/>
            </w:pPr>
            <w:r>
              <w:rPr>
                <w:rFonts w:ascii="Arial" w:hAnsi="Arial" w:cs="Arial"/>
                <w:sz w:val="22"/>
                <w:rtl/>
                <w:szCs w:val="22"/>
              </w:rPr>
              <w:t>צעיף</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בד ארוך וחם שמניחים על הצוואר</w:t>
            </w:r>
          </w:p>
        </w:tc>
      </w:tr>
      <w:tr>
        <w:tc>
          <w:tcPr>
            <w:tcW w:type="dxa" w:w="3475"/>
          </w:tcPr>
          <w:p>
            <w:pPr>
              <w:bidi/>
              <w:jc w:val="right"/>
            </w:pPr>
            <w:r>
              <w:rPr>
                <w:rFonts w:ascii="Arial" w:hAnsi="Arial" w:cs="Arial"/>
                <w:sz w:val="22"/>
                <w:rtl/>
                <w:szCs w:val="22"/>
              </w:rPr>
              <w:t>פוסע</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הולך בצעדים</w:t>
            </w:r>
          </w:p>
        </w:tc>
      </w:tr>
      <w:tr>
        <w:tc>
          <w:tcPr>
            <w:tcW w:type="dxa" w:w="3475"/>
          </w:tcPr>
          <w:p>
            <w:pPr>
              <w:bidi/>
              <w:jc w:val="right"/>
            </w:pPr>
            <w:r>
              <w:rPr>
                <w:rFonts w:ascii="Arial" w:hAnsi="Arial" w:cs="Arial"/>
                <w:sz w:val="22"/>
                <w:rtl/>
                <w:szCs w:val="22"/>
              </w:rPr>
              <w:t>מתיישבות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יושבות, נרגעות במקום</w:t>
            </w:r>
          </w:p>
        </w:tc>
      </w:tr>
      <w:tr>
        <w:tc>
          <w:tcPr>
            <w:tcW w:type="dxa" w:w="3475"/>
          </w:tcPr>
          <w:p>
            <w:pPr>
              <w:bidi/>
              <w:jc w:val="right"/>
            </w:pPr>
            <w:r>
              <w:rPr>
                <w:rFonts w:ascii="Arial" w:hAnsi="Arial" w:cs="Arial"/>
                <w:sz w:val="22"/>
                <w:rtl/>
                <w:szCs w:val="22"/>
              </w:rPr>
              <w:t>להספיק</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לגמור הכול בזמן</w:t>
            </w:r>
          </w:p>
        </w:tc>
      </w:tr>
      <w:tr>
        <w:tc>
          <w:tcPr>
            <w:tcW w:type="dxa" w:w="3475"/>
          </w:tcPr>
          <w:p>
            <w:pPr>
              <w:bidi/>
              <w:jc w:val="right"/>
            </w:pPr>
            <w:r>
              <w:rPr>
                <w:rFonts w:ascii="Arial" w:hAnsi="Arial" w:cs="Arial"/>
                <w:sz w:val="22"/>
                <w:rtl/>
                <w:szCs w:val="22"/>
              </w:rPr>
              <w:t>מסודר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כל דבר במקום שלו</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תארו מקום שקט שלכם (אמיתי או דמיוני): מה שומעים בו, מה מרגישים בו, ואיך יוצאים ממנו.</w:t>
      </w:r>
    </w:p>
    <w:p>
      <w:r>
        <w:br w:type="page"/>
      </w:r>
    </w:p>
    <w:p>
      <w:pPr>
        <w:bidi/>
        <w:pStyle w:val="Heading1"/>
        <w:jc w:val="right"/>
      </w:pPr>
      <w:r>
        <w:rPr>
          <w:rFonts w:ascii="Arial" w:hAnsi="Arial" w:cs="Arial"/>
          <w:b/>
          <w:color w:val="1864AB"/>
          <w:sz w:val="40"/>
          <w:rtl/>
          <w:szCs w:val="40"/>
          <w:bCs/>
        </w:rPr>
        <w:t>💧 שלולית</w:t>
      </w:r>
    </w:p>
    <w:p>
      <w:pPr>
        <w:bidi/>
        <w:jc w:val="right"/>
      </w:pPr>
      <w:r>
        <w:rPr>
          <w:rFonts w:ascii="Arial" w:hAnsi="Arial" w:cs="Arial"/>
          <w:color w:val="555577"/>
          <w:sz w:val="24"/>
          <w:rtl/>
          <w:szCs w:val="24"/>
        </w:rPr>
        <w:t>סוגה: סיפור קצר · נושא: השתקפות והסתכלות פנימה</w:t>
      </w:r>
    </w:p>
    <w:p>
      <w:pPr>
        <w:bidi/>
        <w:pStyle w:val="Heading3"/>
        <w:jc w:val="right"/>
      </w:pPr>
      <w:r>
        <w:rPr>
          <w:rFonts w:ascii="Arial" w:hAnsi="Arial" w:cs="Arial"/>
          <w:b/>
          <w:color w:val="333366"/>
          <w:sz w:val="26"/>
          <w:rtl/>
          <w:szCs w:val="26"/>
          <w:bCs/>
        </w:rPr>
        <w:t>📖 שלולית</w:t>
      </w:r>
    </w:p>
    <w:p>
      <w:pPr>
        <w:bidi/>
        <w:jc w:val="right"/>
      </w:pPr>
      <w:r>
        <w:rPr>
          <w:rFonts w:ascii="Arial" w:hAnsi="Arial" w:cs="Arial"/>
          <w:sz w:val="24"/>
          <w:rtl/>
          <w:szCs w:val="24"/>
        </w:rPr>
        <w:t>אחרי שלושה ימי גשם יצאה סוף סוף השמש, ובחצר בית הספר נשארה שלולית גדולה. רוב התלמידים קפצו מעליה או עקפו אותה בריצה בדרך למגרש. רק שירה עצרה.</w:t>
      </w:r>
    </w:p>
    <w:p>
      <w:pPr>
        <w:bidi/>
        <w:jc w:val="right"/>
      </w:pPr>
      <w:r>
        <w:rPr>
          <w:rFonts w:ascii="Arial" w:hAnsi="Arial" w:cs="Arial"/>
          <w:sz w:val="24"/>
          <w:rtl/>
          <w:szCs w:val="24"/>
        </w:rPr>
        <w:t>במים העומדים ראתה את השמיים: ענן לבן שט לאט, ציפור חלפה, ענף של עץ הזית רעד ברוח. ואז ראתה גם את עצמה – פנים קצת עייפות, שיער שהרוח פרעה, ועיניים שמסתכלות בחזרה בסקרנות.</w:t>
      </w:r>
    </w:p>
    <w:p>
      <w:pPr>
        <w:bidi/>
        <w:jc w:val="right"/>
      </w:pPr>
      <w:r>
        <w:rPr>
          <w:rFonts w:ascii="Arial" w:hAnsi="Arial" w:cs="Arial"/>
          <w:sz w:val="24"/>
          <w:rtl/>
          <w:szCs w:val="24"/>
        </w:rPr>
        <w:t>"מה את עושה?" שאל דניאל, שעצר לידה עם הכדור.</w:t>
      </w:r>
    </w:p>
    <w:p>
      <w:pPr>
        <w:bidi/>
        <w:jc w:val="right"/>
      </w:pPr>
      <w:r>
        <w:rPr>
          <w:rFonts w:ascii="Arial" w:hAnsi="Arial" w:cs="Arial"/>
          <w:sz w:val="24"/>
          <w:rtl/>
          <w:szCs w:val="24"/>
        </w:rPr>
        <w:t>"מסתכלת," ענתה שירה. "תראה, בשלולית השמיים נמצאים למטה."</w:t>
      </w:r>
    </w:p>
    <w:p>
      <w:pPr>
        <w:bidi/>
        <w:jc w:val="right"/>
      </w:pPr>
      <w:r>
        <w:rPr>
          <w:rFonts w:ascii="Arial" w:hAnsi="Arial" w:cs="Arial"/>
          <w:sz w:val="24"/>
          <w:rtl/>
          <w:szCs w:val="24"/>
        </w:rPr>
        <w:t>דניאל התכופף. לרגע שתק. "מוזר," אמר. "אני רואה את עצמי, אבל הפוך."</w:t>
      </w:r>
    </w:p>
    <w:p>
      <w:pPr>
        <w:bidi/>
        <w:jc w:val="right"/>
      </w:pPr>
      <w:r>
        <w:rPr>
          <w:rFonts w:ascii="Arial" w:hAnsi="Arial" w:cs="Arial"/>
          <w:sz w:val="24"/>
          <w:rtl/>
          <w:szCs w:val="24"/>
        </w:rPr>
        <w:t>"אולי ככה צריך לפעמים," אמרה שירה. "להסתכל על הדברים מכיוון אחר."</w:t>
      </w:r>
    </w:p>
    <w:p>
      <w:pPr>
        <w:bidi/>
        <w:jc w:val="right"/>
      </w:pPr>
      <w:r>
        <w:rPr>
          <w:rFonts w:ascii="Arial" w:hAnsi="Arial" w:cs="Arial"/>
          <w:sz w:val="24"/>
          <w:rtl/>
          <w:szCs w:val="24"/>
        </w:rPr>
        <w:t>דניאל זרק אבן קטנה למים. ההשתקפות התפזרה לאלף חתיכות. השניים חיכו. לאט לאט המים נרגעו, והתמונה חזרה, שלמה.</w:t>
      </w:r>
    </w:p>
    <w:p>
      <w:pPr>
        <w:bidi/>
        <w:jc w:val="right"/>
      </w:pPr>
      <w:r>
        <w:rPr>
          <w:rFonts w:ascii="Arial" w:hAnsi="Arial" w:cs="Arial"/>
          <w:sz w:val="24"/>
          <w:rtl/>
          <w:szCs w:val="24"/>
        </w:rPr>
        <w:t>"ראית?" אמרה שירה בשקט. "גם כשהכול מתערבב, אם מחכים קצת – זה חוזר להיות ברור."</w:t>
      </w:r>
    </w:p>
    <w:p>
      <w:pPr>
        <w:bidi/>
        <w:jc w:val="right"/>
      </w:pPr>
      <w:r>
        <w:rPr>
          <w:rFonts w:ascii="Arial" w:hAnsi="Arial" w:cs="Arial"/>
          <w:sz w:val="24"/>
          <w:rtl/>
          <w:szCs w:val="24"/>
        </w:rPr>
        <w:t>הצלצול נשמע. דניאל רץ למגרש, אבל לפני שהסתובב הציץ שוב בשלולית, כאילו רצה לזכור משהו. ושירה חייכה אל הילדה שבמים, והילדה חייכה אליה בחזרה.</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שלולית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מים שנשארים על האדמה אחרי גשם</w:t>
            </w:r>
          </w:p>
        </w:tc>
      </w:tr>
      <w:tr>
        <w:tc>
          <w:tcPr>
            <w:tcW w:type="dxa" w:w="3475"/>
          </w:tcPr>
          <w:p>
            <w:pPr>
              <w:bidi/>
              <w:jc w:val="right"/>
            </w:pPr>
            <w:r>
              <w:rPr>
                <w:rFonts w:ascii="Arial" w:hAnsi="Arial" w:cs="Arial"/>
                <w:sz w:val="22"/>
                <w:rtl/>
                <w:szCs w:val="22"/>
              </w:rPr>
              <w:t>עקפו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הלכו מסביב</w:t>
            </w:r>
          </w:p>
        </w:tc>
      </w:tr>
      <w:tr>
        <w:tc>
          <w:tcPr>
            <w:tcW w:type="dxa" w:w="3475"/>
          </w:tcPr>
          <w:p>
            <w:pPr>
              <w:bidi/>
              <w:jc w:val="right"/>
            </w:pPr>
            <w:r>
              <w:rPr>
                <w:rFonts w:ascii="Arial" w:hAnsi="Arial" w:cs="Arial"/>
                <w:sz w:val="22"/>
                <w:rtl/>
                <w:szCs w:val="22"/>
              </w:rPr>
              <w:t>שט</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זז לאט, כמו סירה על מים</w:t>
            </w:r>
          </w:p>
        </w:tc>
      </w:tr>
      <w:tr>
        <w:tc>
          <w:tcPr>
            <w:tcW w:type="dxa" w:w="3475"/>
          </w:tcPr>
          <w:p>
            <w:pPr>
              <w:bidi/>
              <w:jc w:val="right"/>
            </w:pPr>
            <w:r>
              <w:rPr>
                <w:rFonts w:ascii="Arial" w:hAnsi="Arial" w:cs="Arial"/>
                <w:sz w:val="22"/>
                <w:rtl/>
                <w:szCs w:val="22"/>
              </w:rPr>
              <w:t>פרעה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בלגנה את השיער</w:t>
            </w:r>
          </w:p>
        </w:tc>
      </w:tr>
      <w:tr>
        <w:tc>
          <w:tcPr>
            <w:tcW w:type="dxa" w:w="3475"/>
          </w:tcPr>
          <w:p>
            <w:pPr>
              <w:bidi/>
              <w:jc w:val="right"/>
            </w:pPr>
            <w:r>
              <w:rPr>
                <w:rFonts w:ascii="Arial" w:hAnsi="Arial" w:cs="Arial"/>
                <w:sz w:val="22"/>
                <w:rtl/>
                <w:szCs w:val="22"/>
              </w:rPr>
              <w:t>השתקפות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תמונה שרואים במים או במראה</w:t>
            </w:r>
          </w:p>
        </w:tc>
      </w:tr>
      <w:tr>
        <w:tc>
          <w:tcPr>
            <w:tcW w:type="dxa" w:w="3475"/>
          </w:tcPr>
          <w:p>
            <w:pPr>
              <w:bidi/>
              <w:jc w:val="right"/>
            </w:pPr>
            <w:r>
              <w:rPr>
                <w:rFonts w:ascii="Arial" w:hAnsi="Arial" w:cs="Arial"/>
                <w:sz w:val="22"/>
                <w:rtl/>
                <w:szCs w:val="22"/>
              </w:rPr>
              <w:t>התפזרה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התפרקה לחלקים קטנים</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דמיינו שאתם מסתכלים בשלולית. מה הייתם רואים בה על עצמכם – מבחוץ ומבפנים? כתבו פסקה.</w:t>
      </w:r>
    </w:p>
    <w:p>
      <w:r>
        <w:br w:type="page"/>
      </w:r>
    </w:p>
    <w:p>
      <w:pPr>
        <w:bidi/>
        <w:pStyle w:val="Heading1"/>
        <w:jc w:val="right"/>
      </w:pPr>
      <w:r>
        <w:rPr>
          <w:rFonts w:ascii="Arial" w:hAnsi="Arial" w:cs="Arial"/>
          <w:b/>
          <w:color w:val="1864AB"/>
          <w:sz w:val="40"/>
          <w:rtl/>
          <w:szCs w:val="40"/>
          <w:bCs/>
        </w:rPr>
        <w:t>🔥 גחלת</w:t>
      </w:r>
    </w:p>
    <w:p>
      <w:pPr>
        <w:bidi/>
        <w:jc w:val="right"/>
      </w:pPr>
      <w:r>
        <w:rPr>
          <w:rFonts w:ascii="Arial" w:hAnsi="Arial" w:cs="Arial"/>
          <w:color w:val="555577"/>
          <w:sz w:val="24"/>
          <w:rtl/>
          <w:szCs w:val="24"/>
        </w:rPr>
        <w:t>סוגה: מאמר הגות · נושא: חום פנימי</w:t>
      </w:r>
    </w:p>
    <w:p>
      <w:pPr>
        <w:bidi/>
        <w:pStyle w:val="Heading3"/>
        <w:jc w:val="right"/>
      </w:pPr>
      <w:r>
        <w:rPr>
          <w:rFonts w:ascii="Arial" w:hAnsi="Arial" w:cs="Arial"/>
          <w:b/>
          <w:color w:val="333366"/>
          <w:sz w:val="26"/>
          <w:rtl/>
          <w:szCs w:val="26"/>
          <w:bCs/>
        </w:rPr>
        <w:t>📖 גחלת</w:t>
      </w:r>
    </w:p>
    <w:p>
      <w:pPr>
        <w:bidi/>
        <w:jc w:val="right"/>
      </w:pPr>
      <w:r>
        <w:rPr>
          <w:rFonts w:ascii="Arial" w:hAnsi="Arial" w:cs="Arial"/>
          <w:sz w:val="24"/>
          <w:rtl/>
          <w:szCs w:val="24"/>
        </w:rPr>
        <w:t>מי שישב פעם ליד מדורה יודע שאחרי שהלהבות נעלמות, לא הכול נגמר. מתחת לאפר נשארות גחלים – חתיכות עץ אדומות וזוהרות, ששומרות על חום שעות ארוכות. מספיקה נשיפה קטנה או ענף יבש, והאש חוזרת לחיים.</w:t>
      </w:r>
    </w:p>
    <w:p>
      <w:pPr>
        <w:bidi/>
        <w:jc w:val="right"/>
      </w:pPr>
      <w:r>
        <w:rPr>
          <w:rFonts w:ascii="Arial" w:hAnsi="Arial" w:cs="Arial"/>
          <w:sz w:val="24"/>
          <w:rtl/>
          <w:szCs w:val="24"/>
        </w:rPr>
        <w:t>יש ימים שבהם אנחנו מרגישים כמו מדורה שכבתה. אין לנו כוח, אין לנו חשק, והכול נראה אפור כמו שמי החורף. בימים כאלה קל לחשוב שהאש שלנו נעלמה – ההתלהבות, השמחה, הסקרנות.</w:t>
      </w:r>
    </w:p>
    <w:p>
      <w:pPr>
        <w:bidi/>
        <w:jc w:val="right"/>
      </w:pPr>
      <w:r>
        <w:rPr>
          <w:rFonts w:ascii="Arial" w:hAnsi="Arial" w:cs="Arial"/>
          <w:sz w:val="24"/>
          <w:rtl/>
          <w:szCs w:val="24"/>
        </w:rPr>
        <w:t>אבל אולי היא רק הפכה לגחלת. היא עדיין שם, מתחת לאפר, חמה ושקטה. צריך רק לדעת איך לשמור עליה ואיך לנשוף עליה בעדינות.</w:t>
      </w:r>
    </w:p>
    <w:p>
      <w:pPr>
        <w:bidi/>
        <w:jc w:val="right"/>
      </w:pPr>
      <w:r>
        <w:rPr>
          <w:rFonts w:ascii="Arial" w:hAnsi="Arial" w:cs="Arial"/>
          <w:sz w:val="24"/>
          <w:rtl/>
          <w:szCs w:val="24"/>
        </w:rPr>
        <w:t>מה יכולה להיות ה"נשיפה" שלנו? שיחה עם מישהו שאוהב אותנו. שיר אהוב. הליכה קצרה בחוץ אחרי הגשם, כשהאוויר נקי. מעשה טוב קטן למען מישהו אחר. או פשוט שינה טובה ומנוחה.</w:t>
      </w:r>
    </w:p>
    <w:p>
      <w:pPr>
        <w:bidi/>
        <w:jc w:val="right"/>
      </w:pPr>
      <w:r>
        <w:rPr>
          <w:rFonts w:ascii="Arial" w:hAnsi="Arial" w:cs="Arial"/>
          <w:sz w:val="24"/>
          <w:rtl/>
          <w:szCs w:val="24"/>
        </w:rPr>
        <w:t>חשוב לזכור: גחלת לא צריכה שנשפוך עליה הרבה עצים בבת אחת. אם נעשה זאת, היא עלולה לכבות. היא צריכה סבלנות – ענף אחר ענף. כך גם אנחנו: לא חייבים לחזור לעצמנו ביום אחד. מספיק צעד קטן היום, ועוד אחד מחר.</w:t>
      </w:r>
    </w:p>
    <w:p>
      <w:pPr>
        <w:bidi/>
        <w:jc w:val="right"/>
      </w:pPr>
      <w:r>
        <w:rPr>
          <w:rFonts w:ascii="Arial" w:hAnsi="Arial" w:cs="Arial"/>
          <w:sz w:val="24"/>
          <w:rtl/>
          <w:szCs w:val="24"/>
        </w:rPr>
        <w:t>ובינתיים, מותר לנוח ליד הגחלת וליהנות מהחום השקט שלה.</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גחלת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חתיכת עץ בוערת בלי להבה, אדומה וחמה</w:t>
            </w:r>
          </w:p>
        </w:tc>
      </w:tr>
      <w:tr>
        <w:tc>
          <w:tcPr>
            <w:tcW w:type="dxa" w:w="3475"/>
          </w:tcPr>
          <w:p>
            <w:pPr>
              <w:bidi/>
              <w:jc w:val="right"/>
            </w:pPr>
            <w:r>
              <w:rPr>
                <w:rFonts w:ascii="Arial" w:hAnsi="Arial" w:cs="Arial"/>
                <w:sz w:val="22"/>
                <w:rtl/>
                <w:szCs w:val="22"/>
              </w:rPr>
              <w:t>להבות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האש הגבוהה שזזה במדורה</w:t>
            </w:r>
          </w:p>
        </w:tc>
      </w:tr>
      <w:tr>
        <w:tc>
          <w:tcPr>
            <w:tcW w:type="dxa" w:w="3475"/>
          </w:tcPr>
          <w:p>
            <w:pPr>
              <w:bidi/>
              <w:jc w:val="right"/>
            </w:pPr>
            <w:r>
              <w:rPr>
                <w:rFonts w:ascii="Arial" w:hAnsi="Arial" w:cs="Arial"/>
                <w:sz w:val="22"/>
                <w:rtl/>
                <w:szCs w:val="22"/>
              </w:rPr>
              <w:t>אפר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האבקה האפורה שנשארת אחרי שריפה</w:t>
            </w:r>
          </w:p>
        </w:tc>
      </w:tr>
      <w:tr>
        <w:tc>
          <w:tcPr>
            <w:tcW w:type="dxa" w:w="3475"/>
          </w:tcPr>
          <w:p>
            <w:pPr>
              <w:bidi/>
              <w:jc w:val="right"/>
            </w:pPr>
            <w:r>
              <w:rPr>
                <w:rFonts w:ascii="Arial" w:hAnsi="Arial" w:cs="Arial"/>
                <w:sz w:val="22"/>
                <w:rtl/>
                <w:szCs w:val="22"/>
              </w:rPr>
              <w:t>נשיפה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הוצאת אוויר מהפה בכוח</w:t>
            </w:r>
          </w:p>
        </w:tc>
      </w:tr>
      <w:tr>
        <w:tc>
          <w:tcPr>
            <w:tcW w:type="dxa" w:w="3475"/>
          </w:tcPr>
          <w:p>
            <w:pPr>
              <w:bidi/>
              <w:jc w:val="right"/>
            </w:pPr>
            <w:r>
              <w:rPr>
                <w:rFonts w:ascii="Arial" w:hAnsi="Arial" w:cs="Arial"/>
                <w:sz w:val="22"/>
                <w:rtl/>
                <w:szCs w:val="22"/>
              </w:rPr>
              <w:t>התלהבות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שמחה ורצון גדול לעשות משהו</w:t>
            </w:r>
          </w:p>
        </w:tc>
      </w:tr>
      <w:tr>
        <w:tc>
          <w:tcPr>
            <w:tcW w:type="dxa" w:w="3475"/>
          </w:tcPr>
          <w:p>
            <w:pPr>
              <w:bidi/>
              <w:jc w:val="right"/>
            </w:pPr>
            <w:r>
              <w:rPr>
                <w:rFonts w:ascii="Arial" w:hAnsi="Arial" w:cs="Arial"/>
                <w:sz w:val="22"/>
                <w:rtl/>
                <w:szCs w:val="22"/>
              </w:rPr>
              <w:t>בבת אחת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הכול באותו רגע</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כתבו על הגחלת שלכם: מה בוער בכם בשקט, ומה עוזר לכם "לנשוף" עליה כשהכוח נחלש.</w:t>
      </w:r>
    </w:p>
    <w:p>
      <w:r>
        <w:br w:type="page"/>
      </w:r>
    </w:p>
    <w:p>
      <w:pPr>
        <w:bidi/>
        <w:pStyle w:val="Heading1"/>
        <w:jc w:val="right"/>
      </w:pPr>
      <w:r>
        <w:rPr>
          <w:rFonts w:ascii="Arial" w:hAnsi="Arial" w:cs="Arial"/>
          <w:b/>
          <w:color w:val="1864AB"/>
          <w:sz w:val="40"/>
          <w:rtl/>
          <w:szCs w:val="40"/>
          <w:bCs/>
        </w:rPr>
        <w:t>🌱 אחרי הסערה</w:t>
      </w:r>
    </w:p>
    <w:p>
      <w:pPr>
        <w:bidi/>
        <w:jc w:val="right"/>
      </w:pPr>
      <w:r>
        <w:rPr>
          <w:rFonts w:ascii="Arial" w:hAnsi="Arial" w:cs="Arial"/>
          <w:color w:val="555577"/>
          <w:sz w:val="24"/>
          <w:rtl/>
          <w:szCs w:val="24"/>
        </w:rPr>
        <w:t>סוגה: סיפור קצר · נושא: התחדשות וחוסן</w:t>
      </w:r>
    </w:p>
    <w:p>
      <w:pPr>
        <w:bidi/>
        <w:pStyle w:val="Heading3"/>
        <w:jc w:val="right"/>
      </w:pPr>
      <w:r>
        <w:rPr>
          <w:rFonts w:ascii="Arial" w:hAnsi="Arial" w:cs="Arial"/>
          <w:b/>
          <w:color w:val="333366"/>
          <w:sz w:val="26"/>
          <w:rtl/>
          <w:szCs w:val="26"/>
          <w:bCs/>
        </w:rPr>
        <w:t>📖 אחרי הסערה</w:t>
      </w:r>
    </w:p>
    <w:p>
      <w:pPr>
        <w:bidi/>
        <w:jc w:val="right"/>
      </w:pPr>
      <w:r>
        <w:rPr>
          <w:rFonts w:ascii="Arial" w:hAnsi="Arial" w:cs="Arial"/>
          <w:sz w:val="24"/>
          <w:rtl/>
          <w:szCs w:val="24"/>
        </w:rPr>
        <w:t>כל הלילה יללה הרוח בין הבניינים ודפקה על התריסים. כשאיתי ואחותו הקטנה רוני ירדו בבוקר, נראה הרחוב כאילו מישהו הפך אותו: ענפים שבורים על המדרכה, עלים רטובים בכל מקום, ופח אשפה אחד שהתגלגל עד הפינה.</w:t>
      </w:r>
    </w:p>
    <w:p>
      <w:pPr>
        <w:bidi/>
        <w:jc w:val="right"/>
      </w:pPr>
      <w:r>
        <w:rPr>
          <w:rFonts w:ascii="Arial" w:hAnsi="Arial" w:cs="Arial"/>
          <w:sz w:val="24"/>
          <w:rtl/>
          <w:szCs w:val="24"/>
        </w:rPr>
        <w:t>"הכול הרוס," אמרה רוני בעצב, והצביעה על הגינה הקטנה של הבניין. השתילים שזרעו יחד בסתיו היו שכובים על האדמה, מכוסים בבוץ.</w:t>
      </w:r>
    </w:p>
    <w:p>
      <w:pPr>
        <w:bidi/>
        <w:jc w:val="right"/>
      </w:pPr>
      <w:r>
        <w:rPr>
          <w:rFonts w:ascii="Arial" w:hAnsi="Arial" w:cs="Arial"/>
          <w:sz w:val="24"/>
          <w:rtl/>
          <w:szCs w:val="24"/>
        </w:rPr>
        <w:t>איתי התכופף והסתכל. "לא הכול," אמר. "תראי – השורשים עדיין באדמה."</w:t>
      </w:r>
    </w:p>
    <w:p>
      <w:pPr>
        <w:bidi/>
        <w:jc w:val="right"/>
      </w:pPr>
      <w:r>
        <w:rPr>
          <w:rFonts w:ascii="Arial" w:hAnsi="Arial" w:cs="Arial"/>
          <w:sz w:val="24"/>
          <w:rtl/>
          <w:szCs w:val="24"/>
        </w:rPr>
        <w:t>הם הביאו מהבית חוטים ומקלות. בזהירות הרימו כל שתיל, קשרו אותו למקל והידקו את האדמה סביבו. השכנה מהקומה השנייה ירדה עם מטאטא, ושכן אחר הביא שקיות לענפים. מישהו הוציא תרמוס תה חם. פתאום כל הבניין היה בחוץ, צוחק ומדבר, כאילו הסערה הזכירה לכולם שהם גרים יחד.</w:t>
      </w:r>
    </w:p>
    <w:p>
      <w:pPr>
        <w:bidi/>
        <w:jc w:val="right"/>
      </w:pPr>
      <w:r>
        <w:rPr>
          <w:rFonts w:ascii="Arial" w:hAnsi="Arial" w:cs="Arial"/>
          <w:sz w:val="24"/>
          <w:rtl/>
          <w:szCs w:val="24"/>
        </w:rPr>
        <w:t>בצהריים יצאה השמש. השתילים עמדו זקופים, קצת עקומים, אבל חיים. רוני ליטפה עלה קטן. "הם נראים אחרת," אמרה.</w:t>
      </w:r>
    </w:p>
    <w:p>
      <w:pPr>
        <w:bidi/>
        <w:jc w:val="right"/>
      </w:pPr>
      <w:r>
        <w:rPr>
          <w:rFonts w:ascii="Arial" w:hAnsi="Arial" w:cs="Arial"/>
          <w:sz w:val="24"/>
          <w:rtl/>
          <w:szCs w:val="24"/>
        </w:rPr>
        <w:t>"נכון," ענה איתי. "הם עברו משהו. אולי עכשיו השורשים שלהם יהיו חזקים יותר."</w:t>
      </w:r>
    </w:p>
    <w:p>
      <w:pPr>
        <w:bidi/>
        <w:jc w:val="right"/>
      </w:pPr>
      <w:r>
        <w:rPr>
          <w:rFonts w:ascii="Arial" w:hAnsi="Arial" w:cs="Arial"/>
          <w:sz w:val="24"/>
          <w:rtl/>
          <w:szCs w:val="24"/>
        </w:rPr>
        <w:t>בערב, כשרוני הלכה לישון, היא שאלה: "גם אנשים זה ככה? אחרי סערה הם מתחזקים?"</w:t>
      </w:r>
    </w:p>
    <w:p>
      <w:pPr>
        <w:bidi/>
        <w:jc w:val="right"/>
      </w:pPr>
      <w:r>
        <w:rPr>
          <w:rFonts w:ascii="Arial" w:hAnsi="Arial" w:cs="Arial"/>
          <w:sz w:val="24"/>
          <w:rtl/>
          <w:szCs w:val="24"/>
        </w:rPr>
        <w:t>איתי חשב רגע. "לפעמים," אמר. "בעיקר כשיש מי שעוזר להם לקום."</w:t>
      </w:r>
    </w:p>
    <w:p>
      <w:pPr>
        <w:bidi/>
        <w:pStyle w:val="Heading2"/>
        <w:jc w:val="right"/>
      </w:pPr>
      <w:r>
        <w:rPr>
          <w:rFonts w:ascii="Arial" w:hAnsi="Arial" w:cs="Arial"/>
          <w:b/>
          <w:color w:val="0B7285"/>
          <w:sz w:val="32"/>
          <w:rtl/>
          <w:szCs w:val="32"/>
          <w:bCs/>
        </w:rPr>
        <w:t>📖 מילון קטן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מילה</w:t>
            </w:r>
          </w:p>
        </w:tc>
        <w:tc>
          <w:tcPr>
            <w:tcW w:type="dxa" w:w="3475"/>
            <w:shd w:val="clear" w:fill="D0EBFF"/>
          </w:tcPr>
          <w:p>
            <w:pPr>
              <w:bidi/>
              <w:jc w:val="right"/>
            </w:pPr>
            <w:r>
              <w:rPr>
                <w:rFonts w:ascii="Arial" w:hAnsi="Arial" w:cs="Arial"/>
                <w:b/>
                <w:sz w:val="22"/>
                <w:rtl/>
                <w:szCs w:val="22"/>
                <w:bCs/>
              </w:rPr>
            </w:r>
          </w:p>
        </w:tc>
        <w:tc>
          <w:tcPr>
            <w:tcW w:type="dxa" w:w="3475"/>
            <w:shd w:val="clear" w:fill="D0EBFF"/>
          </w:tcPr>
          <w:p>
            <w:pPr>
              <w:bidi/>
              <w:jc w:val="right"/>
            </w:pPr>
            <w:r>
              <w:rPr>
                <w:rFonts w:ascii="Arial" w:hAnsi="Arial" w:cs="Arial"/>
                <w:b/>
                <w:sz w:val="22"/>
                <w:rtl/>
                <w:szCs w:val="22"/>
                <w:bCs/>
              </w:rPr>
              <w:t>הסבר</w:t>
            </w:r>
          </w:p>
        </w:tc>
      </w:tr>
      <w:tr>
        <w:tc>
          <w:tcPr>
            <w:tcW w:type="dxa" w:w="3475"/>
          </w:tcPr>
          <w:p>
            <w:pPr>
              <w:bidi/>
              <w:jc w:val="right"/>
            </w:pPr>
            <w:r>
              <w:rPr>
                <w:rFonts w:ascii="Arial" w:hAnsi="Arial" w:cs="Arial"/>
                <w:sz w:val="22"/>
                <w:rtl/>
                <w:szCs w:val="22"/>
              </w:rPr>
              <w:t>יללה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השמיעה קול ארוך וחזק</w:t>
            </w:r>
          </w:p>
        </w:tc>
      </w:tr>
      <w:tr>
        <w:tc>
          <w:tcPr>
            <w:tcW w:type="dxa" w:w="3475"/>
          </w:tcPr>
          <w:p>
            <w:pPr>
              <w:bidi/>
              <w:jc w:val="right"/>
            </w:pPr>
            <w:r>
              <w:rPr>
                <w:rFonts w:ascii="Arial" w:hAnsi="Arial" w:cs="Arial"/>
                <w:sz w:val="22"/>
                <w:rtl/>
                <w:szCs w:val="22"/>
              </w:rPr>
              <w:t>תריסים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כיסוי של חלון מבחוץ</w:t>
            </w:r>
          </w:p>
        </w:tc>
      </w:tr>
      <w:tr>
        <w:tc>
          <w:tcPr>
            <w:tcW w:type="dxa" w:w="3475"/>
          </w:tcPr>
          <w:p>
            <w:pPr>
              <w:bidi/>
              <w:jc w:val="right"/>
            </w:pPr>
            <w:r>
              <w:rPr>
                <w:rFonts w:ascii="Arial" w:hAnsi="Arial" w:cs="Arial"/>
                <w:sz w:val="22"/>
                <w:rtl/>
                <w:szCs w:val="22"/>
              </w:rPr>
              <w:t>שתילים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צמחים קטנים וצעירים</w:t>
            </w:r>
          </w:p>
        </w:tc>
      </w:tr>
      <w:tr>
        <w:tc>
          <w:tcPr>
            <w:tcW w:type="dxa" w:w="3475"/>
          </w:tcPr>
          <w:p>
            <w:pPr>
              <w:bidi/>
              <w:jc w:val="right"/>
            </w:pPr>
            <w:r>
              <w:rPr>
                <w:rFonts w:ascii="Arial" w:hAnsi="Arial" w:cs="Arial"/>
                <w:sz w:val="22"/>
                <w:rtl/>
                <w:szCs w:val="22"/>
              </w:rPr>
              <w:t>הידקו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לחצו חזק כדי שיחזיק</w:t>
            </w:r>
          </w:p>
        </w:tc>
      </w:tr>
      <w:tr>
        <w:tc>
          <w:tcPr>
            <w:tcW w:type="dxa" w:w="3475"/>
          </w:tcPr>
          <w:p>
            <w:pPr>
              <w:bidi/>
              <w:jc w:val="right"/>
            </w:pPr>
            <w:r>
              <w:rPr>
                <w:rFonts w:ascii="Arial" w:hAnsi="Arial" w:cs="Arial"/>
                <w:sz w:val="22"/>
                <w:rtl/>
                <w:szCs w:val="22"/>
              </w:rPr>
              <w:t>תרמוס</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בקבוק ששומר על משקה חם</w:t>
            </w:r>
          </w:p>
        </w:tc>
      </w:tr>
      <w:tr>
        <w:tc>
          <w:tcPr>
            <w:tcW w:type="dxa" w:w="3475"/>
          </w:tcPr>
          <w:p>
            <w:pPr>
              <w:bidi/>
              <w:jc w:val="right"/>
            </w:pPr>
            <w:r>
              <w:rPr>
                <w:rFonts w:ascii="Arial" w:hAnsi="Arial" w:cs="Arial"/>
                <w:sz w:val="22"/>
                <w:rtl/>
                <w:szCs w:val="22"/>
              </w:rPr>
              <w:t>זקופים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עומדים ישר</w:t>
            </w:r>
          </w:p>
        </w:tc>
      </w:tr>
    </w:tbl>
    <w:p>
      <w:pPr>
        <w:bidi/>
        <w:jc w:val="right"/>
      </w:pPr>
    </w:p>
    <w:p>
      <w:pPr>
        <w:bidi/>
        <w:jc w:val="right"/>
      </w:pPr>
      <w:r>
        <w:rPr>
          <w:rFonts w:ascii="Arial" w:hAnsi="Arial" w:cs="Arial"/>
          <w:b/>
          <w:color w:val="0B7285"/>
          <w:sz w:val="26"/>
          <w:rtl/>
          <w:szCs w:val="26"/>
          <w:bCs/>
        </w:rPr>
        <w:t>▌ ✍️ המסע שלי פנימה</w:t>
      </w:r>
    </w:p>
    <w:p>
      <w:pPr>
        <w:bidi/>
        <w:jc w:val="right"/>
      </w:pPr>
      <w:r>
        <w:rPr>
          <w:rFonts w:ascii="Arial" w:hAnsi="Arial" w:cs="Arial"/>
          <w:sz w:val="24"/>
          <w:rtl/>
          <w:szCs w:val="24"/>
        </w:rPr>
        <w:t>כתבו על "סערה" שעברתם (קטנה או גדולה) – ומי או מה עזר לכם לקום. מה נשאר בכם חזק?</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הקטעים – מסע פנימה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