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❄️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❄️ מסע פנימה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14 קטעים קצרים ומקוריים על חורף, פנימיות ומסע אל עצמי – גרסה פשוטה: משפטים קצרים ומילון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תוכן העניינים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🐢 החורף לא ממהר (מאמר הגות)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🌳 עץ בחורף (שיר)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🌷 מתחת לאדמה (מאמר הגות)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🌧️ כשהאינטרנט נפל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✉️ מכתב לעצמי (מכתב)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🔦 פנס קטן (שיר)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🧭 מסע בלי מזוודה (מאמר הגות)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🗣️ שני קולות (מאמר הגות)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📔 יומן של יום גשום (יומן)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🐻 הדובון שלא רצה לישון (משל)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🤫 שקט (שיר)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💧 שלולית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🔥 גחלת (מאמר הגות)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🌱 אחרי הסערה (סיפור קצר)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💛 לפני שמתחילים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💛 הערה עדינה: הקטעים עוסקים בעולם הפנימי. אין תשובות נכונות או לא נכונות על רגשות, ושיתוף הוא תמיד מרצון – מותר לבחור "לעבור". אם משהו מעורר תחושה כבדה, אפשר ורצוי לפנות למבוגר או למבוגרת שסומכים עליהם – המחנך או המחנכת, היועצת או היועץ, או מישהו קרוב בבית.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החורף לא ממהר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מאמר הגות · נושא: האטה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החורף לא ממהר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בקיץ הכול מהיר. הימים ארוכים, ויש הרבה מה לעשות.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הערב מגיע מוקדם. יורד גשם. הרחובות שקטים.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אנשים שחושבים שבחורף חסר משהו: אור, חום ותנועה.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החורף מלמד אותנו להאט – לעשות דברים לאט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כשאי אפשר לצאת החוצה, אפשר לחשוב על מה שיש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האדמה בחורף נראית ישנה, אבל היא אוספת מים וכוח לאביב.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אנחנו צריכים רגע של שקט: תה חם, חלון, מחברת.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בפעם הבאה שיורד גשם – אל תמהרו. הקשיבו לו.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האטה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דברים לאט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מתופף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מכה מכות קצובות, כמו על תוף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רדומה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ישנה, לא פעילה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 השטח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העליון שרואים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🛋️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חוסר רצון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נאספים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כאן: חוזרים להיות רגועים ושלמים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רגע שבו האטתם – בחורף, בגשם או בכל זמן אחר – וגיליתם משהו חדש על עצמכם.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🌳 עץ בחורף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שיר · נושא: צמיחה סמויה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הוריד את העלים.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עומד בגשם.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אנשים אומרים: "נגמר לו."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לעץ לא נגמר.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השורשים שלו שותים 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שומר כוח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ציפור שואלת: "לא קר לך?"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מחייך.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יודע מה יבוא.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באביב יהיו לו עלים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בנו יש כוח בפנים,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כשלא רואים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כיסוי, בלי עלים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אגרוף קפוץ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סגורה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העבה של העץ, בין השורשים לענפים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יציצו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👀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יופיעו קצת, לאט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משהו שצמח בכם "בשקט", בלי שאיש ראה – כישרון, הרגל, אומץ – ואיך גיליתם אותו.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🌷 מתחת לאדמה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מאמר הגות · נושא: צמיחה סמויה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מתחת לאדמה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הקיץ השדות יבשים. נראה שאין בהם חיים.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מתחת לאדמה יש פקעות ובצלים. שם הצמח שומר מים ומזון.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הגשם הראשון יורד. המים נכנסים לאדמה.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השורשים גדלים בחושך. בהתחלה לא רואים כלום.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כמה שבועות יוצא עלה ירוק. אחר כך פורחת כלנית אדומה.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אצלנו השינוי מתחיל בפנים, לפני שרואים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לכן צריך סבלנות. גם יום "ריק" יכול להיות יום שבו אנחנו גדלים.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פקעת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של צמח מתחת לאדמה ששומר מזון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מחלחלים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לאט לתוך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נאחזים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מחזיקים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פרח אדום שפורח בחורף בארץ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מבחינים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רואים ושמים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יכולים לחכות בשקט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חשבו על משהו שלמדתם לאט, בלי שראו מבחוץ. כתבו את "סיפור הפקעת" שלכם: מה היה בהתחלה, מה צמח, ומה פרח בסוף.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🌧️ כשהאינטרנט נפל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סיפור קצר · נושא: שקט וגילוי עצמי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כשהאינטרנט נפל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יורד גשם חזק. עידו רוצה לשחק במחשב.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פתאום אין אינטרנט, בגלל הסערה.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לעידו משעמם. הוא הולך בבית הלוך ושוב.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הוא יושב ליד החלון ומסתכל.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רואה טיפות על הזכוכית, איש עם מטריה צהובה, ועץ שמתכופף ברוח – ולא נשבר.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עידו לוקח מחברת ומתחיל לכתוב.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האינטרנט חוזר אחרי שעתיים, אבל עידו לא שם לב.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אומר לאחותו: "אני חושב. זה מעניין!"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נאנח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😮‍💨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הוציא אוויר בקול, מתוך עצב או שעמום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 סגור עם סורגים לבעלי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תקתק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השמיע "טיק־טק" כמו שעון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החליקו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זזו בקלות על משטח חלק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הזדקף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 לעמוד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מסתבר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מתברר, מגלים ש...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שבה משהו "נפל" או השתבש – ובזכות זה גיליתם משהו חדש על עצמכם.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מכתב לעצמי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מכתב · נושא: הסתכלות על עצמי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מכתב לעצמי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יעל כותבת מכתב לעצמה. היא תקרא אותו בחורף הבא.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היום ירד הגשם הראשון.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יעל בכיתה חדשה. בהתחלה היה לה קשה.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עכשיו יש לה חברה טובה. אבל עדיין קשה לה לדבר מול הכיתה.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שואלת את עצמה: אני עדיין מנגנת? אני עדיין קוראת לפני השינה?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מבקשת לזכור: גם כשקשה – זה לא קשה לתמיד.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הגשם: היום סוער, ומחר יש שמש.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"תהיי טובה לעצמך. את לא צריכה להיות מושלמת."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מעסיק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שחושבים עליו הרבה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סומכת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בטוחה שאפשר להאמין למישהו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מרגישה לא נוח מול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גאווה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הרגשה טובה על משהו שעשיתי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סוער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⛈️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עם רוח וגשם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מושלמת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שום טעות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מכתב קצר לעצמכם של החורף הבא: מה מעסיק אתכם היום, שאלה אחת לעצמכם ובקשה אחת.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🔦 פנס קטן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שיר · נושא: אור בתוך החושך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פנס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יש חושך מוקדם.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כוכבים.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הרחוב 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בכל חלון יש אור קטן: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מנורה,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בלב יש אור קטן: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חיבוק, מילה טובה,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צחוק עם חברים.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כשחושך – אפשר להדליק את האור שבפנים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וללכת לאט, צעד אחרי צעד.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🛏️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פותח ומניח, כמו שמיכה על מיטה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מתחבאים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🙈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הולכים למקום שלא רואים אותם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קטנה שאפשר להחזיק ביד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דומם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לגמרי, בלי תנועה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ללכת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שקרה ואנחנו זוכרים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"הפנס" שלכם: זיכרון, אדם או דבר קטן שמאיר לכם כשקשה. תארו אותו בעזרת שלושה חושים.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מסע בלי מזוודה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מאמר הגות · נושא: מסע אל עצמי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מסע בלי מזוודה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כשאומרים "מסע", חושבים על מזוודה ועל טיסה.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יש מסע בלי מזוודה: המסע אל עצמנו.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תחנה במסע יש שאלה: מה אני אוהב או אוהבת? ממה אני מפחד או מפחדת?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במסע יש דברים שמחים – למשל כישרון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גם דברים קשים – למשל טעות. גם הם חלק מהדרך.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למסע אין סוף. צריך סקרנות, סבלנות ואומץ.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החורף הוא זמן טוב להתחיל: לעצור, לנשום ולשאול.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מסמך שצריך כדי לטוס לארץ אחרת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מקומות עצירה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כישרון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שאני טוב או טובה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רצון לדעת ולגלות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גם כשמפחד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המסע שלי פנימה: בחרו "תחנה" (שאלה אחת מהקטע) וכתבו עליה – מה גיליתם כשעצרתם בה?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שני קולות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מאמר הגות · נושא: קולות פנימיים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שני קולות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בראש שלנו יש שני קולות.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הקול הראשון חזק ורועש. הוא אומר: "לא הצלחת!" הוא מגזים.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הקול השני שקט. הוא אומר: "ניסית. מחר אפשר שוב." הוא מדבר כמו חבר 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שני הקולות שלנו.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אנחנו יכולים לבחור למי להקשיב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תרגיל: מה הייתם אומרים לחבר או לחברה? אמרו את זה גם לעצמכם.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לשפוט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להחליט אם משהו טוב או 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מעדנו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כמעט נפלנו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להגזים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לתאר משהו גדול יותר ממה שהוא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של ציפור קטנה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מעמיד פנים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מתנהג כאילו משהו נכון, כשזה לא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שמחפש טעויות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דיאלוג קצר בין שני הקולות שלכם על משהו שקרה לכם (אמיתי או דמיוני). מי מנצח בסוף?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של יום גשום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יומן · נושא: תשומת לב לרגעים קטנים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יומן של יום גשום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בוקר: התעוררתי לקול גשם. זה נשמע כמו מחיאות כפיים על הגג.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צהריים: במבחן היה לי קשה. הלב דפק חזק. נשמתי לאט, וזה עזר.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בהפסקה ישבתי עם תמר. לא דיברנו הרבה, אבל היה נעים.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ערב: שתיתי שוקו חם. כתבתי שלושה דברים טובים: הגשם, תמר, הנשימה.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חשבתי שיהיה יום רע. בסוף הוא היה 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ביום אפור יש צבעים קטנים. מחר אחפש אותם.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מחיאות כפיים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כשמכים כף ביד כדי להראות 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 בדברים לעשות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נתקעתי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הצלחתי להמשיך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 קטן שמגן מגשם או 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🌫️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בצבע אפור; כאן: משעממים, עצובים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רשומת יומן של יום חורף אחד שלכם (אמיתי או דמיוני) – בוקר, צהריים וערב – וסיימו בשלושה "צבעים קטנים".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🐻 הדובון שלא רצה לישון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משל · נושא: מנוחה וכוח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הדובון שלא רצה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כל החיות מתכוננות. הדובים הולכים לישון.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דובון אחד אומר: "לא! אני לא רוצה לישון. אני רוצה לראות הכול!"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זה כיף: שלג, כוכבים, 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אחר כך אין אוכל, קר לו, והוא עייף מאוד.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הינשוף אומר לו: "מנוחה היא לא בזבוז. מי שנח – מקבל כוח."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הדובון הולך לישון. באביב הוא מתעורר חזק ושמח.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לפעמים צריך לעצור ולנוח.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🕳️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של חיה, בתוך האדמה או במערה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 "לא"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🍽️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עייף מאוד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הניד בראשו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🙂‍↕️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הזיז את הראש למעלה ולמטה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התכרבל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התקפל והתכסה כדי שיהיה חם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שבה התעקשתם "לא לפספס כלום" – ומה קרה. ומה הייתם אומרים היום לדובון?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🤫 שקט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שיר · נושא: שקט פנימי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שקט שמפחיד.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ויש שקט רך ונעים.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הנעים שומעים את הגשם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ואת הלב.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הזה לא צריך למהר.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 צריך להיות מישהו אחר.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נושמים פנימה: אחת, שתיים, שלוש.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נושמים החוצה: ארבע, חמש, שש.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השקט מרגישים מסודרים יותר.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מסדרון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ארוך בבית או בבית 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צעיף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 ארוך וחם שמניחים על הצוואר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פוסע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הולך בצעדים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מתיישבות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יושבות, נרגעות במקום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להספיק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לגמור הכול בזמן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דבר במקום שלו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תארו מקום שקט שלכם (אמיתי או דמיוני): מה שומעים בו, מה מרגישים בו, ואיך יוצאים ממנו.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💧 שלולית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סיפור קצר · נושא: השתקפות והסתכלות פנימה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שלולית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הגשם יש שלולית גדולה בחצר.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 התלמידים קופצים מעליה. רק שירה עוצרת ומסתכלת.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במים היא רואה את השמיים ואת עצמה.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שואל: "מה את עושה?" שירה אומרת: "תראה, השמיים למטה!"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זורק אבן. התמונה במים מתפזרת.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הם מחכים. המים נרגעים, והתמונה חוזרת.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שירה אומרת: "כשמחכים קצת – הכול חוזר להיות ברור."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שלולית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 שנשארים על האדמה אחרי 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עקפו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↪️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הלכו מסביב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☁️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זז לאט, כמו סירה על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בלגנה את השיער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השתקפות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תמונה שרואים במים או במראה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התפרקה לחלקים קטנים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דמיינו שאתם מסתכלים בשלולית. מה הייתם רואים בה על עצמכם – מבחוץ ומבפנים? כתבו פסקה.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🔥 גחלת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מאמר הגות · נושא: חום פנימי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גחלת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מדורה נשארות גחלים. הן אדומות וחמות.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נשיפה קטנה – והאש חוזרת.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לפעמים אנחנו מרגישים כמו מדורה שכבתה: אין כוח, הכול אפור.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השמחה שלנו לא נעלמה. היא כמו גחלת – חמה,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עוזר? שיחה טובה, שיר, הליכה, 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 צריך הכול בבת אחת. צעד קטן היום, ועוד אחד מחר.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חתיכת עץ בוערת בלי להבה, אדומה וחמה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האש הגבוהה שזזה במדורה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האבקה האפורה שנשארת אחרי שריפה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נשיפה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🌬️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הוצאת אוויר מהפה בכוח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התלהבות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 ורצון גדול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בבת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הכול באותו רגע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הגחלת שלכם: מה בוער בכם בשקט, ומה עוזר לכם "לנשוף" עליה כשהכוח נחלש.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אחרי הסערה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סוגה: סיפור קצר · נושא: התחדשות וחוסן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אחרי הסערה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בלילה הייתה סערה חזקה.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איתי ורוני רואים ענפים שבורים ועלים בכל מקום.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השתילים בגינה נפלו. רוני עצובה: "הכול הרוס!"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איתי אומר: "לא הכול. השורשים עדיין באדמה."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הם קושרים כל שתיל למקל. השכנים באים לעזור.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בצהריים יש שמש. השתילים עומדים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רוני שואלת: "גם אנשים מתחזקים אחרי סערה?"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איתי עונה: "לפעמים. בעיקר כשיש מי שעוזר להם."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השמיעה קול ארוך וחזק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תריסים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כיסוי של חלון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צמחים קטנים וצעירים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הידקו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לחצו חזק כדי שיחזיק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תרמוס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בקבוק ששומר על משקה חם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זקופים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עומדים ישר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✍️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"סערה" שעברתם (קטנה או גדולה) – ומי או מה עזר לכם לקום. מה נשאר בכם חזק?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קובץ הקטעים – מסע פנימה (גרסה פשוטה)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