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📘 מדריך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מסע פנימה – קטעים קצרים על חורף ופנימיות: מערך שיעור, מעגל בוקר, מפת התאמות ומפתחות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💛 על הערכה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בערכה 14 קטעים מקוריים (מאמרי הגות, שירים, סיפורים קצרים, מכתב, יומן ומשל) לכיתות ז׳–ט׳, ולכל קטע גרסה פשוטה ליסודי, לחנ״מ ולעולים חדשים. לכל קטע באתר: קריאה עם הקראה, מילון, שאלות איתור/פרשנות/הערכה, זיהוי לשון ציורית, הנחיית כתיבה "המסע שלי פנימה", כרטיס שיחה ודף תרגול להדפסה.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💛 הערה עדינה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💛 הערה עדינה: הקטעים עוסקים בעולם הפנימי. אין תשובות נכונות או לא נכונות על רגשות, ושיתוף הוא תמיד מרצון – מותר לבחור "לעבור". אם משהו מעורר תחושה כבדה, אפשר ורצוי לפנות למבוגר או למבוגרת שסומכים עליהם – המחנך או המחנכת, היועצת או היועץ, או מישהו קרוב בבית.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🗺️ מפת הקטעים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קטע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אמצעים ציוריים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החורף לא ממהר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מאמר הגות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בחורף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צמיחה סמויה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מתחת לאדמה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מאמר הגות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צמיחה סמויה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כשהאינטרנט נפל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וגילוי עצמי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חזרה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 לעצמי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הסתכלות על עצמי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 קטן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 בתוך החושך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מטאפורה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מסע בלי מזוודה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מאמר הגות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מסע אל עצמי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קולות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מאמר הגות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קולות פנימיים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יומן של יום גשום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תשומת לב לרגעים קטנים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מטאפורה,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הדובון שלא רצה לישון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מנוחה וכוח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האנשה, חזרה,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פנימי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חזרה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שלולית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השתקפות והסתכלות פנימה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מטאפורה, 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מאמר הגות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חום פנימי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מטאפורה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התחדשות וחוסן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דימוי, האנשה, ניגוד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🫧 פתיחה – רגע של שקט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מעמעמים מעט את האור (אם אפשר). נשימת 3–3: שלוש ספירות פנימה, שלוש החוצה, שלוש פעמים. שאלה בלי תשובה בקול: "מה אני שומע/ת עכשיו – בחוץ ובפנים?"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🌧️ הצתה – מה החורף עושה לנו?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מילה אחת (מרצון): "חורף בשבילי זה…". המורה כותבת על הלוח שתי עמודות: "בחוץ" / "בפנים".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קטע אחד (מומלץ לפתיחה: "החורף לא ממהר" או "עץ בחורף"). קריאה בקול של המורה, ואחר כך קריאה שקטה. תלמידים ותלמידות שזקוקים לכך – גרסה פשוטה והקראה באתר.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העמקה – איתור, פרשנות, 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בזוגות: שאלת איתור אחת ושאלת פרשנות אחת מהאתר. איתור אמצעי ציורי אחד ושיחה: מה הוא מוסיף?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✍️ כתיבה – המסע שלי פנימה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אישית לפי הנחיית הקטע (6–10 שורות, דימוי אחד לפחות). מוזיקה שקטה ברקע. הכתיבה אישית – לא חייבים לשתף.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סגירה – כרטיס שיחה וכרטיס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אחת מכרטיס השיחה, במעגל, מרצון בלבד. כרטיס יציאה: "משפט אחד שאני לוקח/ת איתי".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☀️ גרסת מעגל בוקר – 10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דקה 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ונשימה – 3 נשימות עמוקות.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דקות 2–4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קטע קצר (או בית אחד משיר) בקול.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דקות 5–7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אחת לשיחה – מי שרוצה משתף/ת, אפשר "לעבור".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דקות 8–10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ביומן המסע ("יומן המסע שלי פנימה").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💬 כללי שיחה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מקשיבים בלי לשפוט ובלי להפריע.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רק מרצון – מותר לומר "אני עובר/ת".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מדברים בגוף ראשון ("אני מרגיש/ה…").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שנאמר במעגל נשאר במעגל.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📏 מחוון לכתיבה "המסע שלי פנימה"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מצוין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טוב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דורש 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ברור הקשור לשאלה, עם פרט אישי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 כללי עם מעט פרטים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קשור לשאלה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פתיחה, אמצע וסיום ברורים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מבנה חלקי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לא ברור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לפחות אמצעי אחד מתאים ומקורי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ניסיון לאמצעי ציורי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שימוש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ותקינות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משפטים שלמים ותקינים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מעט שגיאות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שגיאות רבות שמקשות על ההבנה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♿ מפת התאמות והנגשות – 9 מסלולים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מסלול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מקבלים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–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גרסה פשוטה של כל קטע, שאלות איתור ופרשנות אחת, משחק קצר עם כפתורים גדולים ואימוג׳י, "נסו בעצמכם" – כתיבה של 3–5 משפטים או ציור.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–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כפתור הקראה בכל קטע ובכל משימה; עד 2–3 אפשרויות בשאלות בחירה; בלי טיימרים; דף תרגול באותיות גדולות עם בנק מילים.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 – עולים חדשים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חזותי קופץ (אימוג׳י + הסבר פשוט) על מילים מסומנות; משפטים קצרים; מותר לכתוב מילים בשפת האם.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–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הגרסה המלאה; איתור, פרשנות והערכה; מיון אמצעים ציוריים (דימוי/מטאפורה/האנשה/ניגוד/חזרה); כתיבה רפלקטיבית.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–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מדורג קופץ אחרי שתי טעויות (מכוון, לא נותן תשובה); עיצוב קבוע וצבעים עקביים; שתי אפשרויות בבחירה; בלי טיימרים.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 – עולים חדשים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טקסטים בלי ניקוד, משפטים קצרים ותחביר פשוט (גרסה פשוטה); מילון קטן בכל דף; פתיחי משפטים לכתיבה.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– רגיל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הגרסה המלאה + "אתגר תיכון" בכל קטע: נקודת מבט, מבנה, מטאפורה מורחבת והשוואה בין קטעים; כתיבה מעמיקה.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– חנ״מ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חלוקה למקטעים (קוראים קטע ועונים, ואז ממשיכים); בלי טיימרים; גרסה פשוטה כברירת מחדל עם אפשרות למלאה.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 – עולים חדשים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בהקשה על מילים קשות עם הסבר פשוט; שאלות במבנה של שאלות הבנת טקסט; אפשר לעבור בין גרסה פשוטה למלאה.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🔑 מפתחות תשובות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🐢 החורף לא ממהר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בקיץ, לפי הפסקה הראשונה?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הימים ארוכים, השמש מאירה עד הערב ותמיד יש עוד משהו לעשות.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האדמה בחורף מתחת לפני השטח?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אוספת מים, כוח ומזון לקראת האביב.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המשפט "כשאי אפשר לצאת החוצה, אפשר לפנות פנימה"?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כשאי אפשר לצאת פיזית, אפשר לפנות לעולם הפנימי – למחשבות ולרגשות שלנו.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מדוע, לפי הקטע, האטה אינה עצלות?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כמו האדמה, בזמן האטה אוספים כוח; יש לה מטרה – "להיאסף" לקראת הבאות.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אתם מסכימים שהחורף הוא "שיעור בהאטה"? נמקו בעזרת דוגמה מחייכם.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ברורה + נימוק + דוגמה אישית.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הרעיון המרכזי של הקטע?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החורף מזמין אותנו להאט ולפנות פנימה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משווים בקטע את האדם בחורף?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לאדמה שאוספת כוח מתחת לפני השטח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מציע הקטע לעשות בפעם הבאה שיורד גשם?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למהר ולהקשיב לגשם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בקיץ הערב יורד מוקדם.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בחורף הערב יורד מוקדם.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האטה אינה עצלות.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האדמה בחורף לא עושה דבר.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אוספת מים, כוח ומזון.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„הגשם מתופף על החלונות”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הגשם מתואר כאילו הוא מנגן בתוף – כמו אדם.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„בקיץ הכול רץ... ואז מגיע החורף. הערב יורד מוקדם, הרחובות מתרוקנים”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הקיץ המהיר והמלא מול החורף השקט והאיטי.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„גם האדמה בחורף נראית רדומה... כך גם אנחנו”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האדם מושווה לאדמה: נראה שקט, אבל צובר כוח בפנים.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 בין האופן שבו הקטע מציג את החורף לבין התפיסה הרווחת של החורף כעונה "עצובה". מה המטרה של הכותב או הכותבת?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🌳 עץ בחורף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אומרים העוברים והשבים על העץ?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"מסכן, נגמר לו."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שואלת הציפור את העץ?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קר לך?"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השורה "אני לא נעלם, אני רק נכנס פנימה"?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לא מת; הכוח שלו עבר פנימה, לשורשים – הוא נח ושומר על 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הקשר בין הבית האחרון לבין שאר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הדוברים משווים את עצמם לעץ: גם כשנדמה שאין בנו דבר, יש צמיחה פנימית סמויה.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לדעתכם הדימוי של העץ בחורף מתאים לתיאור תקופות קשות אצל אנשים?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מהשיר + דוגמה.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העוברים והשבים רואים את העץ?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כעץ שנגמר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איפה, לפי השיר, מתרחשת "הצמיחה השקטה"?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בשורשים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המסר של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כשלא רואים, משהו יכול לצמוח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מתבייש כי אין לו עלים.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העץ "לא מתבייש".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הציפור שואלת את העץ אם קר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רק העץ לא הופתע.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„ושורשיו לוחשים”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לשורשים ניתנה פעולה אנושית – לחישה.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„כמו סוד בתוך אגרוף קפוץ”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הירוק נשמר עמוק וחזק בפנים, כמו סוד ביד סגורה.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„סבלני כמו סבא”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העץ מושווה לסבא סבלני ורגוע.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עקבו אחר נקודת המבט בשיר: העוברים והשבים, העץ, הציפור והדוברים. כיצד השינוי בנקודת המבט בונה את המסר?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🌷 מתחת לאדמה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שומר הצמח בפקעות ובבצלים?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מזון ומים.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אילו פרחים מוזכרים בקטע?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כלנית אדומה ורקפת ורודה.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הכותבים קוראים לפקעות "מחסנים"?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הן מקום אחסון – שם הצמח שומר מזון ומים לזמן שבו יצמח.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"השורשים שלנו מעמיקים" כשמדובר באנשים?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מתחזקים בפנים – לומדים, מתבגרים, צוברים ביטחון – גם אם לא רואים זאת.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לדעתכם "ימים ריקים" יכולים להיות חשובים? הביאו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דוגמה + קשר לקטע.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מיד אחרי הגשם הראשון?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השורשים מתחילים לגדול בחושך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"השיעור החשוב" שבקטע?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הצמיחה מתרחשת במקום שלא רואים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ממליץ הקטע?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הקיץ השדות ירוקים.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צהובים ויבשים.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עלה ראשון מציץ רק אחרי שבועות.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אחרים תמיד רואים מיד כשאנחנו משתנים.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השינוי מתחיל בפנים, לפני שאחרים מבחינים בו.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„מעין "מחסנים" קטנים”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הפקעות מתוארות כמחסנים – מקום אחסון.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„גם אנחנו נפרח”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"לפרוח" אצל אדם – להצליח, לשמוח, להתגלות.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„השורשים מתארכים בחושך... ובהמשך החורף – כלנית אדומה”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החושך שמתחת לאדמה מול הצבע והאור של הפרח.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עובר מתיאור טבע להכללה על בני אדם. זהו את המשפט שבו מתרחש המעבר והסבירו כיצד הוא בנוי.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🌧️ כשהאינטרנט נפל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אין אינטרנט בבית?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בגלל הסערה.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רואה עידו מבעד לחלון? ציינו שני דברים.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טיפות שמתחברות לנחלים, איש עם מטריה צהובה, עץ פיקוס שמתכופף ומזדקף.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מלמד אותנו הדימוי "כמו אריה בכלוב" על הרגשתו של עידו?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מרגיש לכוד, חסר מנוחה ומשועמם, ואינו יודע מה לעשות עם 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עידו כותב על "העץ שמתכופף ולא נשבר"? מה זה אומר עליו?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מסמל גמישות וחוסן; עידו מגלה שאפשר להתמודד עם שינוי (בלי אינטרנט) ולמצוא בו משהו טוב.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לדעתכם טוב שלפעמים "האינטרנט נופל"?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+ דוגמה; אפשר להציג שני צדדים.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מרגיש עידו כשהאינטרנט נופל?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משועמם וחסר מנוחה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עידו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 במחברת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גילה עידו על עצמו?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שלחשוב ולכתוב זה מעניין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אחותו של עידו אמרה שאין אינטרנט.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עידו כתב את שיעורי הבית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כתב "סתם מילים", לא שיעורי בית.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כשהאינטרנט חזר, עידו מיד רץ למחשב.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בכלל לא שם לב, היה באמצע עמוד שלישי.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„הסתובב בבית כמו אריה בכלוב”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עידו מושווה לאריה כלוא – חסר מנוחה.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„נדמה היה שהזמן עצמו נרדם”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לזמן ניתנה פעולה אנושית – שינה; הזמן עובר לאט מאוד.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„התכופף ברוח והזדקף שוב, ושוב, ושוב”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החזרה מדגישה את ההתמדה והגמישות של העץ.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נתחו את השינוי בדמותו של עידו מתחילת הסיפור ועד סופו. אילו פרטים בסיפור מסמנים את השינוי?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✉️ מכתב לעצמי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 כתבה יעל את המכתב?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שבו ירד הגשם הראשון של השנה.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עדיין קשה ליעל?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לדבר מול כל הכיתה.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"הרגשתי כמו דג שהוציאו מהמים"?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הרגישה זרה ולא במקומה, לא נוח, כמו שדג לא יכול להסתדר מחוץ למים.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למה, לדעתכם, יעל כותבת "את לא חייבת להיות מושלמת, רק להמשיך לצמוח"?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להזכיר לעצמה לקבל את עצמה עם הקשיים; מה שחשוב הוא ההתקדמות, לא השלמות.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לדעתכם, האם כתיבת מכתב לעצמנו יכולה לעזור? איך?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שני נימוקים (למשל: לראות התקדמות, לעודד את עצמנו).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 כתוב המכתב?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ליעל עצמה, בעוד שנה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המורה משווה מכתב לעצמנו?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לבקבוק שזורקים 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הבקשה של יעל?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לזכור שגם כשקשה, זה לא נשאר קשה לנצח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ליעל אין עדיין אף חברה בכיתה החדשה.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יש לה חברה אחת שהיא ממש סומכת עליה.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יעל שואלת אם היא עדיין מנגנת.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יעל מבקשת מעצמה להיות מושלמת.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כותבת שהיא לא חייבת להיות מושלמת.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„הרגשתי כמו דג שהוציאו מהמים”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יעל מושווה לדג מחוץ למים – לא במקומה.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„עכשיו הוא סוער, אבל מחר השמש תציץ”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סערה מול שמש – קושי של היום מול תקווה למחר.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„השמש תציץ בין העננים”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לשמש ניתנה פעולה אנושית – הצצה.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המכתב בנוי כשיחה בין "יעל של היום" ל"יעל של החורף הבא". כיצד מבנה זה מאפשר לבטא תקווה ופחד בו בזמן?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🔦 פנס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אילו אורות דולקים בחלונות?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ליד מיטה, נר על שולחן.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 שלושה דברים שהם "הפנס" שבלב.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של חיבוק, מילה טובה, צחוק עם חבר או חברה, ריח של מרק חם, שיר בראש.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"האור... מחכה בתוכנו, בין הידיים"?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הכוח והתקווה נמצאים בנו; אנחנו יכולים "להדליק" אותם בעצמנו.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השיר מתחיל בחושך ומסתיים באור?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להראות מעבר מתחושת כובד וחוסר דרך – לתקווה ולכוח פנימי.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"הפנס" שלכם – דבר שמאיר לכם ברגע קשה? האם השיר מצליח לעודד?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+ התייחסות לשיר.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מושווה החושך בבית הראשון?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לשמיכה אפורה וכבדה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נמצא "בכל לב", לפי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פנס שאיש אינו רואה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המסר של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בחושך יש בנו אור שאפשר 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בשיר, הירח שוכח לבוא.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הפנס שבלב גלוי לכולם.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"שאיש אינו רואה".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השיר, אור נמצא רק בשמש.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"האור אינו נמצא רק בשמש".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„פורש על העיר שמיכה אפורה וכבדה”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החושך מתואר כשמיכה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„הירח שוכח לבוא”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לירח ניתנה תכונה אנושית – שכחה.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„והרחוב שותק כמו ספר סגור”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הרחוב מושווה לספר סגור – שקט ונעול.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בחנו את המבנה: תמונות חוץ (עיר, חלונות) ותמונות פנים (לב). כיצד המעבר מן החוץ אל הפנים מעצב את משמעות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🧭 מסע בלי מזוודה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מהן "התחנות" במסע אל עצמנו?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– מה אני אוהב/ת, מה מפחיד אותי, מתי הרגשתי גאווה, מה הייתי רוצה לשנות.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"הציוד" החשוב למסע?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סקרנות, סבלנות וקצת אומץ (וגם מחברת או רגע של שקט).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מדוע, לפי הקטע, אין למסע הזה "קו סיום"?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אנחנו משתנים כל הזמן ולכן תמיד יש מה לגלות על 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"גם הם חלק מהדרך"?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הדברים הקשים – טעויות ורגשות לא נעימים – הם חלק טבעי וחשוב מהיכרות עם 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שאלה מהקטע הייתם בוחרים כתחנה הראשונה שלכם? הסבירו את בחירתכם.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+ הסבר אישי.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לא צריך במסע אל עצמנו?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מזוודה ודרכון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הקטע משווה שאלות?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לשבילים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החורף הוא זמן טוב למסע, לפי הקטע?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יש בו ערבים ארוכים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למסע אל עצמנו יש קו סיום ברור.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אין לו קו סיום – אנחנו משתנים כל הזמן.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במסע אפשר לגלות כישרון שלא ידענו עליו.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מציע לארוז הרבה ציוד.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לארוז".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„המפה אינה מצוירת על נייר. התחנות הן שאלות”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השאלות מתוארות כתחנות במסע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„כמו בכל מסע, גם כאן יש עליות וירידות”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"עליות וירידות" – רגעים טובים וקשים בדרך.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„לא צריך דרכון ואפילו לא נעליים”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מסע רגיל מול מסע פנימי שאין בו צורך בציוד חיצוני.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בנוי על מטאפורה מורחבת של מסע. מנו לפחות ארבעה רכיבים שלה (מפה, תחנות, ציוד...) והסבירו מה כל אחד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🗣️ שני קולות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אומר הקול הראשון אחרי מבחן?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הצלחת".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אומר הקול השני? ציטטו משפט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"זה היה קשה, ועדיין ניסית" / "מחר אפשר לנסות שוב".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"טעות קטנה נראית כמו הר"?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הביקורתי מגדיל ומגזים, כך שטעות קטנה נראית ענקית ומפחידה.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מדוע, לפי הקטע, יש בקול הראשון "משהו שימושי"?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מזכיר לנו להשתדל ולהשתפר – אבל אסור לתת לו לשלוט.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התרגיל בסוף הקטע יכול לעזור לכם? נסו אותו על מקרה דמיוני ונמקו.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יישום התרגיל + עמדה מנומקת.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מתואר הקול הראשון?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חזק, רועש ונוטה להגזים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מושווה הקול השני?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לציוץ ציפור בתוך רעש של רחוב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מציע התרגיל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לעצמנו מה שהיינו אומרים לחבר או לחברה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אפשר להשתיק לגמרי את הקול הראשון.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אי אפשר להשתיק אותו לגמרי.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השני מעמיד פנים שהכול מושלם.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"הוא לא משקר ולא מעמיד פנים".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הקולות שייכים לנו.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„טעות קטנה נראית כמו הר”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טעות מושווית להר – הגזמה בגודל.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„כמו ציוץ של ציפור בתוך רעש של רחוב”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הקול הטוב חלש ועדין לעומת הרעש.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„הקול הראשון ממהר לשפוט... הקול השני שקט יותר”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שני הקולות מוצגים כהפכים – רועש מול שקט, שופט מול מעודד.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מאניש את הקולות הפנימיים. כיצד בחירת התכונות (רועש/שקט, שופט/חבר) משרתת את הטיעון של הכותבים?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📔 יומן של יום גשום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עשה הכותב או הכותבת כשנתקעו במבחן?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ניסו לנשום לאט, כמו שלמדו.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מהם שלושת הדברים הטובים שנכתבו ביומן?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הגשם בבוקר, השתיקה עם תמר, הנשימה שעזרה במבחן.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"היה נעים לשתוק ביחד"?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קרבה שלא צריכה מילים; שקט משותף עם חברה יכול להיות מנחם.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הכוונה ב"צבעים קטנים" בימים אפורים?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רגעים טובים קטנים שמגלים כששמים לב, גם ביום שנראה קשה.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כתיבת "שלושה דברים טובים" בסוף יום יכולה לשנות את הדרך שבה אנחנו זוכרים אותו?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+ דוגמה.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נשמע הגשם בבוקר?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 מחיאות כפיים רכות על הגג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עזר במבחן?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השתנה במהלך היום?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נראה רע בבוקר ובסוף היה בסדר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בהפסקה דיברו הכותב/ת ותמר הרבה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לא דיברו הרבה – היה נעים לשתוק.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 נכתבו שלושה דברים טובים.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הכותב/ת יודעים בוודאות שהצליחו במבחן.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"עוד לא ברור לי אם הצלחתי".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„נשמע כמו מחיאות כפיים רכות על הגג”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קול הגשם מושווה למחיאות כפיים.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„מבחוץ הם נראים אפורים, אבל... יש בהם צבעים קטנים”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אפור מול צבעוני – מראה חיצוני מול רגעים טובים.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„יש בהם צבעים קטנים”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"צבעים" = רגעים טובים ושמחים.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היומן בנוי משלוש רשומות לפי שעות. כיצד חלוקת הזמן מבליטה את השינוי ברגשות לאורך היום?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🐻 הדובון שלא רצה לישון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עשו החיות לפני החורף? ציינו שתיים.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אגוזים, הציפורים עפו דרומה, הדובה הכינה מאורה.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אמר הינשוף לדובון?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"מנוחה איננה בזבוז... מי שנח – אוסף כוח לאביב."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"אפילו הסקרנות שלו נרדמה"?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הדובון היה כל כך עייף, שכבר לא היה לו כוח אפילו לרצות לגלות דברים חדשים.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הקשר בין "הלילה הוא חלק מהיממה" לבין מנוחה?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 שהלילה טבעי והכרחי ביממה, גם מנוחה היא חלק טבעי והכרחי מהחיים.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אתם מסכימים עם מוסר ההשכל? מתי לדעתכם נכון לעצור ולנוח, ומתי דווקא להמשיך?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מורכבת + דוגמאות.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הדובון לא רצה לישון?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לא רצה לפספס שום 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לדובון שנשאר ער?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נעשה מותש ולא נהנה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מוסר ההשכל?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הצעד הכי חכם קדימה הוא לעצור ולנוח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 לקראת החורף.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הינשוף אמר שמנוחה היא בזבוז.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"מנוחה איננה בזבוז".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הדובון הרגיש חלש.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הרגיש חזק כמו שלא הרגיש מעולם.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„אפילו הסקרנות שלו נרדמה”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לסקרנות ניתנה פעולה אנושית – שינה.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„גם הלילה הוא חלק מהיממה, וגם החורף הוא חלק מהשנה”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החזרה על המבנה "גם... חלק מ..." מדגישה שמנוחה היא חלק טבעי מהחיים.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„לפעמים הצעד הכי חכם קדימה הוא לעצור”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"קדימה" מול "לעצור" – פרדוקס: עצירה מקדמת.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משל משתמש בבעלי חיים כדי ללמד על בני אדם. מה ה"נמשל" – למי ולמה מכוון הסיפור? היעזרו במושג "פחד להחמיץ".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🤫 שקט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מושווה השקט המפחיד?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למסדרון ריק בלילה.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לשמוע בשקט הרך? ציינו שניים.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הגשם מדבר עם הגג, את הלב פוסע, את המחשבות מתיישבות.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"אין צורך להיות מישהו אחר"?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אפשר להיות אנחנו עצמנו, בלי להעמיד פנים ובלי לרצות אחרים.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מתאר הדימוי "כמו חדר אחרי שפתחו בו חלון"?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השקט מרגישים רעננות וסדר פנימי, כמו אוויר צח שנכנס לחדר.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נסו את תרגיל הנשימה מהבית הרביעי. האם הוא עזר לכם? תארו מה הרגשתם.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אישי + הערכה.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אילו שני סוגי שקט יש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מפחיד ושקט 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עושים בבית הרביעי?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נשימות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מרגישים אחרי השקט, לפי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מסודרים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השקט הרך מושווה לצעיף צמר.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הזה צריך להספיק הרבה.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להספיק".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 סופרים עד שש.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„רך כמו צעיף צמר”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השקט הנעים מושווה לצעיף חם ורך.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„את הגשם מדבר עם הגג”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לגשם ניתנה פעולה אנושית – דיבור.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„אין צורך לענות, אין צורך להספיק, אין צורך להיות”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החזרה על "אין צורך" יוצרת תחושת הקלה ושחרור.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פותח בניגוד בין שני סוגי שקט. כיצד הניגוד הזה ממשיך ומתפתח עד הבית האחרון (שקט מול רעש)?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💧 שלולית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עשו רוב התלמידים כשראו את השלולית?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קפצו מעליה או עקפו אותה בריצה.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כשדניאל זרק אבן?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ההשתקפות התפזרה לאלף חתיכות, ואחרי שחיכו – חזרה 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דבריה של שירה: "להסתכל על הדברים מכיוון אחר"?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כדאי לשנות נקודת מבט – לראות מצב או את עצמנו בדרך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מסמלת ההשתקפות שהתפזרה וחזרה?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רגשות או מחשבות סוערים; אם מחכים ונרגעים – הבהירות חוזרת.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לדעתכם טוב "לעצור ליד השלולית" כשכולם רצים? נמקו מתוך הסיפור ומחייכם.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מהסיפור + דוגמה.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עצרה ליד השלולית?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ראה דניאל בשלולית?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עצמו, אבל הפוך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המסר של שירה?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כשמחכים קצת, הכול חוזר להיות ברור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השלולית נשארה אחרי שלושה ימי גשם.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דניאל רץ למגרש בלי להסתכל לאחור.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הציץ שוב בשלולית לפני שהסתובב.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ההשתקפות לא חזרה אחרי זריקת האבן.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המים נרגעו והתמונה חזרה, 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„ענן לבן שט לאט”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הענן "שט" כמו סירה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„להסתכל על הדברים מכיוון אחר”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"כיוון אחר" = נקודת מבט חדשה, לא רק כיוון במקום.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„בשלולית השמיים נמצאים למטה”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למעלה ולמטה מתחלפים – הסתכלות מכיוון אחר.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מסתיים במשפט "ושירה חייכה אל הילדה שבמים". נתחו את משמעות הפעולה הזו בהקשר של "מסע אל עצמי".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🔥 גחלת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נשאר מתחת לאפר אחרי שהלהבות נעלמות?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– חתיכות עץ אדומות וזוהרות ששומרות על חום.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 שלוש "נשיפות" שמוצעות בקטע.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שיחה עם מישהו שאוהב אותנו, שיר אהוב, הליכה אחרי הגשם, מעשה טוב, שינה ומנוחה.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מייצגת "האש" אצל אדם, לפי הקטע?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התלהבות, שמחה וסקרנות – הכוח והחשק הפנימי.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אסור לשפוך הרבה עצים על גחלת בבת אחת? מה זה אומר עלינו?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עלול לכבות אותה; גם אנחנו צריכים לחזור לכוחות בהדרגה, בצעדים קטנים.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"נשיפה" עובדת הכי טוב בשבילכם? האם חסרה ברשימה נשיפה חשובה? הוסיפו ונמקו.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+ הוספה + נימוק.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כשנושפים בעדינות על גחלת?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האש חוזרת לחיים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משווה הקטע אדם עייף וחסר כוח?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למדורה שכבתה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הקטע מציע?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לחזור לעצמנו בצעדים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שומרות על חום רק דקה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הן שומרות על חום שעות ארוכות.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שינה טובה יכולה להיות "נשיפה".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לשפוך הרבה עצים על גחלת בבת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עלול לכבות אותה – צריך ענף אחר ענף.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„אנחנו מרגישים כמו מדורה שכבתה”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אדם עייף מושווה למדורה כבויה.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„אפור כמו שמי החורף”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מצב רוח עצוב מושווה לשמיים אפורים.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„אולי היא רק הפכה לגחלת”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השמחה מתוארת כגחלת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בנוי על מטאפורה מורחבת של מדורה וגחלת. הסבירו כיצד כל שלב בחיי המדורה מקביל לשלב במצבו של אדם.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🌱 אחרי הסערה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ראו איתי ורוני ברחוב בבוקר?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ענפים שבורים, עלים רטובים, פח אשפה שהתגלגל לפינה.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עזרו השכנים? ציינו שתי דרכים.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השכנה הביאה מטאטא, שכן הביא שקיות, מישהו הוציא תרמוס תה חם.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"השורשים עדיין באדמה" – גם מעבר לשתילים?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כשמשהו נראה הרוס, הבסיס והכוח הפנימי נשארו, ולכן אפשר להתחיל מחדש.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פרשנות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"כאילו הסערה הזכירה לכולם שהם גרים יחד"?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הקושי חיבר בין השכנים ויצר קהילה ושיתוף – הם יצאו ועזרו זה לזה.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עונה "לפעמים... בעיקר כשיש מי שעוזר להם לקום." האם אתם מסכימים?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+ נימוק + דוגמה (תמיכה, עזרה הדדית).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רוני עצובה בבוקר?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השתילים נפלו בסערה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עשו איתי ורוני לשתילים?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קשרו כל שתיל למקל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המסר של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סערה אפשר לקום ולהתחזק, בעיקר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השתילים נשברו ומתו.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השורשים נשארו באדמה, והשתילים עמדו שוב.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השכנים יצאו לעזור.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נכון/לא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אמר שאנשים תמיד מתחזקים אחרי סערה.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אמר "לפעמים".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„כל הלילה יללה הרוח”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לרוח ניתן קול של יצור חי – יללה.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„הרחוב כאילו מישהו הפך אותו”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הבלגן ברחוב מושווה למשהו שהפכו.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 ציורית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„הם נראים אחרת... קצת עקומים, אבל חיים”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עקומים מול חיים – פגיעה לצד המשך 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אתגר תיכון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הסיפור מקביל בין השתילים לבין בני האדם. נתחו את ההקבלה וכיצד היא מבטאת את רעיון החוסן.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מנומקת; קריטריון: ניתוח מבנה/אמצעי + ראיות מהטקסט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('איתי אמר שאנשים תמיד מתחזקים אחרי סערה.', False, 'הוא אמר "לפעמים".')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